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70488" w14:paraId="108E7218" w14:textId="77777777" w:rsidTr="00171297">
        <w:trPr>
          <w:cantSplit/>
          <w:trHeight w:val="416"/>
        </w:trPr>
        <w:tc>
          <w:tcPr>
            <w:tcW w:w="1606" w:type="dxa"/>
            <w:vMerge w:val="restart"/>
            <w:vAlign w:val="center"/>
          </w:tcPr>
          <w:p w14:paraId="5622D78A" w14:textId="77777777" w:rsidR="00C70488" w:rsidRDefault="00C70488" w:rsidP="00171297">
            <w:pPr>
              <w:keepNext/>
              <w:jc w:val="center"/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6097DA9F" wp14:editId="3CAAF4E2">
                  <wp:extent cx="762000" cy="9429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11B3B2EF" w14:textId="77777777" w:rsidR="00C70488" w:rsidRDefault="00C70488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E44095" w14:textId="77777777" w:rsidR="00C70488" w:rsidRDefault="00C70488" w:rsidP="00171297">
            <w:pPr>
              <w:keepNext/>
            </w:pPr>
            <w:r w:rsidRPr="009B5D0B">
              <w:rPr>
                <w:b/>
              </w:rPr>
              <w:t>BACAU</w:t>
            </w:r>
          </w:p>
        </w:tc>
      </w:tr>
      <w:tr w:rsidR="00C70488" w14:paraId="5A692376" w14:textId="77777777" w:rsidTr="00171297">
        <w:trPr>
          <w:cantSplit/>
          <w:trHeight w:val="414"/>
        </w:trPr>
        <w:tc>
          <w:tcPr>
            <w:tcW w:w="1606" w:type="dxa"/>
            <w:vMerge/>
          </w:tcPr>
          <w:p w14:paraId="43BBADA7" w14:textId="77777777" w:rsidR="00C70488" w:rsidRDefault="00C70488" w:rsidP="00171297"/>
        </w:tc>
        <w:tc>
          <w:tcPr>
            <w:tcW w:w="8030" w:type="dxa"/>
            <w:gridSpan w:val="3"/>
          </w:tcPr>
          <w:p w14:paraId="1201BC95" w14:textId="77777777" w:rsidR="00C70488" w:rsidRDefault="00C70488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7AC5C98" w14:textId="77777777" w:rsidR="00C70488" w:rsidRDefault="00C70488" w:rsidP="00171297">
            <w:pPr>
              <w:keepNext/>
            </w:pPr>
            <w:r w:rsidRPr="009B5D0B">
              <w:rPr>
                <w:b/>
              </w:rPr>
              <w:t>COMUNA HEMEIUS</w:t>
            </w:r>
          </w:p>
        </w:tc>
      </w:tr>
      <w:tr w:rsidR="00C70488" w14:paraId="25F1AC94" w14:textId="77777777" w:rsidTr="00171297">
        <w:trPr>
          <w:cantSplit/>
          <w:trHeight w:val="510"/>
        </w:trPr>
        <w:tc>
          <w:tcPr>
            <w:tcW w:w="1606" w:type="dxa"/>
            <w:vMerge/>
          </w:tcPr>
          <w:p w14:paraId="0E824375" w14:textId="77777777" w:rsidR="00C70488" w:rsidRDefault="00C70488" w:rsidP="00171297"/>
        </w:tc>
        <w:tc>
          <w:tcPr>
            <w:tcW w:w="2409" w:type="dxa"/>
          </w:tcPr>
          <w:p w14:paraId="36628DF6" w14:textId="77777777" w:rsidR="00C70488" w:rsidRPr="00EC4C89" w:rsidRDefault="00C70488" w:rsidP="00171297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EC4C89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EC4C89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C4C89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C4C89">
              <w:rPr>
                <w:b/>
                <w:color w:val="0D5F78"/>
                <w:lang w:val="fr-FR"/>
              </w:rPr>
              <w:t xml:space="preserve"> (CIF)</w:t>
            </w:r>
          </w:p>
          <w:p w14:paraId="7DECE184" w14:textId="77777777" w:rsidR="00C70488" w:rsidRPr="00EC4C89" w:rsidRDefault="00C70488" w:rsidP="00171297">
            <w:pPr>
              <w:keepNext/>
              <w:rPr>
                <w:lang w:val="fr-FR"/>
              </w:rPr>
            </w:pPr>
            <w:r w:rsidRPr="009B5D0B">
              <w:rPr>
                <w:b/>
                <w:lang w:val="fr-FR"/>
              </w:rPr>
              <w:t>4352832</w:t>
            </w:r>
          </w:p>
        </w:tc>
        <w:tc>
          <w:tcPr>
            <w:tcW w:w="5621" w:type="dxa"/>
            <w:gridSpan w:val="2"/>
          </w:tcPr>
          <w:p w14:paraId="03948C47" w14:textId="77777777" w:rsidR="00C70488" w:rsidRDefault="00C70488" w:rsidP="00171297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4D63510" w14:textId="77777777" w:rsidR="00C70488" w:rsidRDefault="00C70488" w:rsidP="00171297">
            <w:pPr>
              <w:keepNext/>
              <w:rPr>
                <w:b/>
              </w:rPr>
            </w:pPr>
            <w:r w:rsidRPr="009B5D0B">
              <w:rPr>
                <w:b/>
              </w:rPr>
              <w:t xml:space="preserve">Str. Ion </w:t>
            </w:r>
            <w:proofErr w:type="spellStart"/>
            <w:r w:rsidRPr="009B5D0B">
              <w:rPr>
                <w:b/>
              </w:rPr>
              <w:t>Simionescu</w:t>
            </w:r>
            <w:proofErr w:type="spellEnd"/>
            <w:r w:rsidRPr="009B5D0B">
              <w:rPr>
                <w:b/>
              </w:rPr>
              <w:t xml:space="preserve"> </w:t>
            </w:r>
            <w:proofErr w:type="spellStart"/>
            <w:r w:rsidRPr="009B5D0B">
              <w:rPr>
                <w:b/>
              </w:rPr>
              <w:t>nr</w:t>
            </w:r>
            <w:proofErr w:type="spellEnd"/>
            <w:r w:rsidRPr="009B5D0B">
              <w:rPr>
                <w:b/>
              </w:rPr>
              <w:t xml:space="preserve">. 221, </w:t>
            </w:r>
            <w:proofErr w:type="spellStart"/>
            <w:r>
              <w:rPr>
                <w:b/>
              </w:rPr>
              <w:t>Hemeius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jud</w:t>
            </w:r>
            <w:proofErr w:type="spellEnd"/>
            <w:r>
              <w:rPr>
                <w:b/>
              </w:rPr>
              <w:t>. Bacau,</w:t>
            </w:r>
          </w:p>
          <w:p w14:paraId="58BEACA2" w14:textId="77777777" w:rsidR="00C70488" w:rsidRDefault="00C70488" w:rsidP="00171297">
            <w:pPr>
              <w:keepNext/>
            </w:pPr>
            <w:r w:rsidRPr="009B5D0B">
              <w:rPr>
                <w:b/>
              </w:rPr>
              <w:t>tel.:0234/217510, fax: 0234/217675; E-mail :contact@primariahemeius.ro</w:t>
            </w:r>
          </w:p>
        </w:tc>
      </w:tr>
      <w:tr w:rsidR="00C70488" w14:paraId="10DF4647" w14:textId="77777777" w:rsidTr="00171297">
        <w:trPr>
          <w:cantSplit/>
          <w:trHeight w:val="455"/>
        </w:trPr>
        <w:tc>
          <w:tcPr>
            <w:tcW w:w="1606" w:type="dxa"/>
            <w:vMerge/>
          </w:tcPr>
          <w:p w14:paraId="4376688E" w14:textId="77777777" w:rsidR="00C70488" w:rsidRDefault="00C70488" w:rsidP="00171297"/>
        </w:tc>
        <w:tc>
          <w:tcPr>
            <w:tcW w:w="4818" w:type="dxa"/>
            <w:gridSpan w:val="2"/>
          </w:tcPr>
          <w:p w14:paraId="3095F1AB" w14:textId="77777777" w:rsidR="00C70488" w:rsidRDefault="00C70488" w:rsidP="00171297"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364FE0C" w14:textId="77777777" w:rsidR="00C70488" w:rsidRDefault="00C70488" w:rsidP="00171297"/>
        </w:tc>
        <w:tc>
          <w:tcPr>
            <w:tcW w:w="3212" w:type="dxa"/>
          </w:tcPr>
          <w:p w14:paraId="5472CC6E" w14:textId="77777777" w:rsidR="00C70488" w:rsidRDefault="00C70488" w:rsidP="00171297">
            <w:r>
              <w:rPr>
                <w:b/>
                <w:color w:val="0D5F78"/>
              </w:rPr>
              <w:t>Data</w:t>
            </w:r>
          </w:p>
          <w:p w14:paraId="53196908" w14:textId="77777777" w:rsidR="00C70488" w:rsidRDefault="00C70488" w:rsidP="00171297"/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nr</w:t>
      </w:r>
      <w:proofErr w:type="spellEnd"/>
      <w:r>
        <w:rPr>
          <w:sz w:val="18"/>
        </w:rPr>
        <w:t xml:space="preserve">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bookmarkStart w:id="0" w:name="_GoBack"/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bookmarkEnd w:id="0"/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pe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 xml:space="preserve">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a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copie):</w:t>
            </w:r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(copie)   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propria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proofErr w:type="spellStart"/>
            <w:r w:rsidR="00A71320" w:rsidRPr="00A71320">
              <w:rPr>
                <w:i/>
                <w:sz w:val="17"/>
              </w:rPr>
              <w:t>nr</w:t>
            </w:r>
            <w:proofErr w:type="spellEnd"/>
            <w:r w:rsidR="00A71320" w:rsidRPr="00A71320">
              <w:rPr>
                <w:i/>
                <w:sz w:val="17"/>
              </w:rPr>
              <w:t>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F3CB7" w14:textId="77777777" w:rsidR="00E12CAB" w:rsidRDefault="00E12CAB">
      <w:r>
        <w:separator/>
      </w:r>
    </w:p>
  </w:endnote>
  <w:endnote w:type="continuationSeparator" w:id="0">
    <w:p w14:paraId="0A57FFC7" w14:textId="77777777" w:rsidR="00E12CAB" w:rsidRDefault="00E12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C70488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C7048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60DC71" w14:textId="77777777" w:rsidR="00E12CAB" w:rsidRDefault="00E12CAB">
      <w:r>
        <w:separator/>
      </w:r>
    </w:p>
  </w:footnote>
  <w:footnote w:type="continuationSeparator" w:id="0">
    <w:p w14:paraId="38315213" w14:textId="77777777" w:rsidR="00E12CAB" w:rsidRDefault="00E12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70488"/>
    <w:rsid w:val="00CB0664"/>
    <w:rsid w:val="00E12CAB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70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4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70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4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745BBC-3DC4-4C8B-B778-2B4827EC6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HEMEIUS150</cp:lastModifiedBy>
  <cp:revision>2</cp:revision>
  <dcterms:created xsi:type="dcterms:W3CDTF">2013-12-23T23:15:00Z</dcterms:created>
  <dcterms:modified xsi:type="dcterms:W3CDTF">2026-09-02T06:46:00Z</dcterms:modified>
  <cp:category/>
</cp:coreProperties>
</file>