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5E52" w14:paraId="627C126A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71F9D3C5" w14:textId="77777777" w:rsidR="009E5E52" w:rsidRDefault="009E5E52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733BBC06" wp14:editId="55A931EE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83E232E" w14:textId="77777777" w:rsidR="009E5E52" w:rsidRDefault="009E5E5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2D863DE" w14:textId="77777777" w:rsidR="009E5E52" w:rsidRDefault="009E5E52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9E5E52" w14:paraId="0AA4A6A0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4CDB5362" w14:textId="77777777" w:rsidR="009E5E52" w:rsidRDefault="009E5E52" w:rsidP="00171297"/>
        </w:tc>
        <w:tc>
          <w:tcPr>
            <w:tcW w:w="8030" w:type="dxa"/>
            <w:gridSpan w:val="3"/>
          </w:tcPr>
          <w:p w14:paraId="151ABF81" w14:textId="77777777" w:rsidR="009E5E52" w:rsidRDefault="009E5E5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E3176BB" w14:textId="77777777" w:rsidR="009E5E52" w:rsidRDefault="009E5E52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9E5E52" w14:paraId="6BA4F330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6998EE90" w14:textId="77777777" w:rsidR="009E5E52" w:rsidRDefault="009E5E52" w:rsidP="00171297"/>
        </w:tc>
        <w:tc>
          <w:tcPr>
            <w:tcW w:w="2409" w:type="dxa"/>
          </w:tcPr>
          <w:p w14:paraId="2B04EB1F" w14:textId="77777777" w:rsidR="009E5E52" w:rsidRPr="00EC4C89" w:rsidRDefault="009E5E52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76BCD1CF" w14:textId="77777777" w:rsidR="009E5E52" w:rsidRPr="00EC4C89" w:rsidRDefault="009E5E52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44C9F254" w14:textId="77777777" w:rsidR="009E5E52" w:rsidRDefault="009E5E52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2624B5F" w14:textId="77777777" w:rsidR="009E5E52" w:rsidRDefault="009E5E52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5FF24098" w14:textId="77777777" w:rsidR="009E5E52" w:rsidRDefault="009E5E52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9E5E52" w14:paraId="6031D816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32126ED3" w14:textId="77777777" w:rsidR="009E5E52" w:rsidRDefault="009E5E52" w:rsidP="00171297"/>
        </w:tc>
        <w:tc>
          <w:tcPr>
            <w:tcW w:w="4818" w:type="dxa"/>
            <w:gridSpan w:val="2"/>
          </w:tcPr>
          <w:p w14:paraId="08326E32" w14:textId="77777777" w:rsidR="009E5E52" w:rsidRDefault="009E5E52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11BA29F7" w14:textId="77777777" w:rsidR="009E5E52" w:rsidRDefault="009E5E52" w:rsidP="00171297"/>
        </w:tc>
        <w:tc>
          <w:tcPr>
            <w:tcW w:w="3212" w:type="dxa"/>
          </w:tcPr>
          <w:p w14:paraId="2DE8AC3E" w14:textId="77777777" w:rsidR="009E5E52" w:rsidRDefault="009E5E52" w:rsidP="00171297">
            <w:r>
              <w:rPr>
                <w:b/>
                <w:color w:val="0D5F78"/>
              </w:rPr>
              <w:t>Data</w:t>
            </w:r>
          </w:p>
          <w:p w14:paraId="52249340" w14:textId="77777777" w:rsidR="009E5E52" w:rsidRDefault="009E5E52" w:rsidP="00171297"/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24785E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24785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24785E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</w:t>
            </w:r>
            <w:r w:rsidRPr="00243AD6">
              <w:rPr>
                <w:lang w:val="fr-FR"/>
              </w:rPr>
              <w:t>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24785E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24785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24785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24785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24785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24785E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24785E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Legea</w:t>
      </w:r>
      <w:proofErr w:type="spellEnd"/>
      <w:r w:rsidRPr="00243AD6">
        <w:rPr>
          <w:sz w:val="18"/>
          <w:lang w:val="fr-FR"/>
        </w:rPr>
        <w:t xml:space="preserve">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bookmarkStart w:id="0" w:name="_GoBack"/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24785E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bookmarkEnd w:id="0"/>
          <w:p w14:paraId="20C31867" w14:textId="77777777" w:rsidR="007F7E84" w:rsidRDefault="0024785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24785E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 xml:space="preserve">Bl. / sc. / et. / </w:t>
            </w:r>
            <w:proofErr w:type="gramStart"/>
            <w:r>
              <w:rPr>
                <w:b/>
                <w:color w:val="0D5F78"/>
              </w:rPr>
              <w:t>ap</w:t>
            </w:r>
            <w:proofErr w:type="gramEnd"/>
            <w:r>
              <w:rPr>
                <w:b/>
                <w:color w:val="0D5F78"/>
              </w:rPr>
              <w:t>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24785E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24785E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24785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24785E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24785E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24785E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</w:t>
            </w:r>
            <w:proofErr w:type="spellStart"/>
            <w:r>
              <w:rPr>
                <w:sz w:val="16"/>
              </w:rPr>
              <w:t>cel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24785E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alin</w:t>
            </w:r>
            <w:proofErr w:type="spellEnd"/>
            <w:proofErr w:type="gram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24785E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24785E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 xml:space="preserve">P.A.C.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24785E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r>
              <w:rPr>
                <w:b/>
                <w:color w:val="0D5F78"/>
              </w:rPr>
              <w:t>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24785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24785E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rezistență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24785E">
            <w:pPr>
              <w:keepNext/>
            </w:pPr>
            <w:proofErr w:type="spellStart"/>
            <w:proofErr w:type="gramStart"/>
            <w:r>
              <w:rPr>
                <w:b/>
                <w:color w:val="0D5F78"/>
              </w:rPr>
              <w:t>igienă</w:t>
            </w:r>
            <w:proofErr w:type="spellEnd"/>
            <w:proofErr w:type="gram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24785E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certificat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24785E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24785E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 xml:space="preserve">ANEXEZ </w:t>
            </w:r>
            <w:r>
              <w:rPr>
                <w:b/>
                <w:color w:val="000000"/>
                <w:sz w:val="18"/>
              </w:rPr>
              <w:t>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24785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gramStart"/>
            <w:r w:rsidRPr="00243AD6">
              <w:rPr>
                <w:sz w:val="16"/>
                <w:lang w:val="fr-FR"/>
              </w:rPr>
              <w:t xml:space="preserve">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proofErr w:type="gram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24785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copie):</w:t>
            </w:r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24785E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>☐</w:t>
            </w: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24785E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de a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24785E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propria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</w:t>
            </w:r>
            <w:r w:rsidRPr="00243AD6">
              <w:rPr>
                <w:i/>
                <w:sz w:val="17"/>
                <w:lang w:val="fr-FR"/>
              </w:rPr>
              <w:t>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24785E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24785E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24785E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24785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BF88A3" w14:textId="77777777" w:rsidR="0024785E" w:rsidRDefault="0024785E">
      <w:r>
        <w:separator/>
      </w:r>
    </w:p>
  </w:endnote>
  <w:endnote w:type="continuationSeparator" w:id="0">
    <w:p w14:paraId="5586026A" w14:textId="77777777" w:rsidR="0024785E" w:rsidRDefault="0024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84EE5" w14:textId="23249E35" w:rsidR="007F7E84" w:rsidRDefault="0024785E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E5E5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E5E5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67E12" w14:textId="77777777" w:rsidR="0024785E" w:rsidRDefault="0024785E">
      <w:r>
        <w:separator/>
      </w:r>
    </w:p>
  </w:footnote>
  <w:footnote w:type="continuationSeparator" w:id="0">
    <w:p w14:paraId="463D8521" w14:textId="77777777" w:rsidR="0024785E" w:rsidRDefault="00247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3AD6"/>
    <w:rsid w:val="0024785E"/>
    <w:rsid w:val="0029639D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9E5E52"/>
    <w:rsid w:val="00AA1D8D"/>
    <w:rsid w:val="00B47730"/>
    <w:rsid w:val="00BF1A07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536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E5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E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E5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6B08F4-82B5-41A1-A7CA-38AC516B4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2026-09-02T06:48:00Z</dcterms:modified>
  <cp:category/>
</cp:coreProperties>
</file>