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4578AA" w14:paraId="3D9EC364" w14:textId="77777777" w:rsidTr="00171297">
        <w:trPr>
          <w:cantSplit/>
          <w:trHeight w:val="416"/>
        </w:trPr>
        <w:tc>
          <w:tcPr>
            <w:tcW w:w="1606" w:type="dxa"/>
            <w:vMerge w:val="restart"/>
            <w:vAlign w:val="center"/>
          </w:tcPr>
          <w:p w14:paraId="64B95DAE" w14:textId="77777777" w:rsidR="004578AA" w:rsidRDefault="004578AA" w:rsidP="00171297">
            <w:pPr>
              <w:keepNext/>
              <w:jc w:val="center"/>
            </w:pPr>
            <w:r>
              <w:rPr>
                <w:noProof/>
                <w:lang w:val="ro-RO" w:eastAsia="ro-RO"/>
              </w:rPr>
              <w:drawing>
                <wp:inline distT="0" distB="0" distL="0" distR="0" wp14:anchorId="339A725A" wp14:editId="4721A543">
                  <wp:extent cx="762000" cy="9429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942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364BCC74" w14:textId="77777777" w:rsidR="004578AA" w:rsidRDefault="004578AA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4EF5BBB" w14:textId="77777777" w:rsidR="004578AA" w:rsidRDefault="004578AA" w:rsidP="00171297">
            <w:pPr>
              <w:keepNext/>
            </w:pPr>
            <w:r w:rsidRPr="009B5D0B">
              <w:rPr>
                <w:b/>
              </w:rPr>
              <w:t>BACAU</w:t>
            </w:r>
          </w:p>
        </w:tc>
      </w:tr>
      <w:tr w:rsidR="004578AA" w14:paraId="2F1FCDB3" w14:textId="77777777" w:rsidTr="00171297">
        <w:trPr>
          <w:cantSplit/>
          <w:trHeight w:val="414"/>
        </w:trPr>
        <w:tc>
          <w:tcPr>
            <w:tcW w:w="1606" w:type="dxa"/>
            <w:vMerge/>
          </w:tcPr>
          <w:p w14:paraId="0EBA9E7C" w14:textId="77777777" w:rsidR="004578AA" w:rsidRDefault="004578AA" w:rsidP="00171297"/>
        </w:tc>
        <w:tc>
          <w:tcPr>
            <w:tcW w:w="8030" w:type="dxa"/>
            <w:gridSpan w:val="3"/>
          </w:tcPr>
          <w:p w14:paraId="285EB5A4" w14:textId="77777777" w:rsidR="004578AA" w:rsidRDefault="004578AA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546B3011" w14:textId="77777777" w:rsidR="004578AA" w:rsidRDefault="004578AA" w:rsidP="00171297">
            <w:pPr>
              <w:keepNext/>
            </w:pPr>
            <w:r w:rsidRPr="009B5D0B">
              <w:rPr>
                <w:b/>
              </w:rPr>
              <w:t>COMUNA HEMEIUS</w:t>
            </w:r>
          </w:p>
        </w:tc>
      </w:tr>
      <w:tr w:rsidR="004578AA" w14:paraId="320DAC02" w14:textId="77777777" w:rsidTr="00171297">
        <w:trPr>
          <w:cantSplit/>
          <w:trHeight w:val="510"/>
        </w:trPr>
        <w:tc>
          <w:tcPr>
            <w:tcW w:w="1606" w:type="dxa"/>
            <w:vMerge/>
          </w:tcPr>
          <w:p w14:paraId="7223177A" w14:textId="77777777" w:rsidR="004578AA" w:rsidRDefault="004578AA" w:rsidP="00171297"/>
        </w:tc>
        <w:tc>
          <w:tcPr>
            <w:tcW w:w="2409" w:type="dxa"/>
          </w:tcPr>
          <w:p w14:paraId="4748A027" w14:textId="77777777" w:rsidR="004578AA" w:rsidRPr="00EC4C89" w:rsidRDefault="004578AA" w:rsidP="00171297">
            <w:pPr>
              <w:keepNext/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EC4C89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EC4C89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EC4C89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C4C89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C4C89">
              <w:rPr>
                <w:b/>
                <w:color w:val="0D5F78"/>
                <w:lang w:val="fr-FR"/>
              </w:rPr>
              <w:t xml:space="preserve"> (CIF)</w:t>
            </w:r>
          </w:p>
          <w:p w14:paraId="4834C352" w14:textId="77777777" w:rsidR="004578AA" w:rsidRPr="00EC4C89" w:rsidRDefault="004578AA" w:rsidP="00171297">
            <w:pPr>
              <w:keepNext/>
              <w:rPr>
                <w:lang w:val="fr-FR"/>
              </w:rPr>
            </w:pPr>
            <w:r w:rsidRPr="009B5D0B">
              <w:rPr>
                <w:b/>
                <w:lang w:val="fr-FR"/>
              </w:rPr>
              <w:t>4352832</w:t>
            </w:r>
          </w:p>
        </w:tc>
        <w:tc>
          <w:tcPr>
            <w:tcW w:w="5621" w:type="dxa"/>
            <w:gridSpan w:val="2"/>
          </w:tcPr>
          <w:p w14:paraId="2B3601BF" w14:textId="77777777" w:rsidR="004578AA" w:rsidRDefault="004578AA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51EDD7E0" w14:textId="77777777" w:rsidR="004578AA" w:rsidRDefault="004578AA" w:rsidP="00171297">
            <w:pPr>
              <w:keepNext/>
              <w:rPr>
                <w:b/>
              </w:rPr>
            </w:pPr>
            <w:r w:rsidRPr="009B5D0B">
              <w:rPr>
                <w:b/>
              </w:rPr>
              <w:t xml:space="preserve">Str. Ion </w:t>
            </w:r>
            <w:proofErr w:type="spellStart"/>
            <w:r w:rsidRPr="009B5D0B">
              <w:rPr>
                <w:b/>
              </w:rPr>
              <w:t>Simionescu</w:t>
            </w:r>
            <w:proofErr w:type="spellEnd"/>
            <w:r w:rsidRPr="009B5D0B">
              <w:rPr>
                <w:b/>
              </w:rPr>
              <w:t xml:space="preserve"> </w:t>
            </w:r>
            <w:proofErr w:type="spellStart"/>
            <w:r w:rsidRPr="009B5D0B">
              <w:rPr>
                <w:b/>
              </w:rPr>
              <w:t>nr</w:t>
            </w:r>
            <w:proofErr w:type="spellEnd"/>
            <w:r w:rsidRPr="009B5D0B">
              <w:rPr>
                <w:b/>
              </w:rPr>
              <w:t xml:space="preserve">. 221, </w:t>
            </w:r>
            <w:proofErr w:type="spellStart"/>
            <w:r>
              <w:rPr>
                <w:b/>
              </w:rPr>
              <w:t>Hemeius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jud</w:t>
            </w:r>
            <w:proofErr w:type="spellEnd"/>
            <w:r>
              <w:rPr>
                <w:b/>
              </w:rPr>
              <w:t>. Bacau,</w:t>
            </w:r>
          </w:p>
          <w:p w14:paraId="2C7F7DE6" w14:textId="77777777" w:rsidR="004578AA" w:rsidRDefault="004578AA" w:rsidP="00171297">
            <w:pPr>
              <w:keepNext/>
            </w:pPr>
            <w:r w:rsidRPr="009B5D0B">
              <w:rPr>
                <w:b/>
              </w:rPr>
              <w:t>tel.:0234/217510, fax: 0234/217675; E-mail :contact@primariahemeius.ro</w:t>
            </w:r>
          </w:p>
        </w:tc>
      </w:tr>
      <w:tr w:rsidR="004578AA" w14:paraId="39880E54" w14:textId="77777777" w:rsidTr="00171297">
        <w:trPr>
          <w:cantSplit/>
          <w:trHeight w:val="455"/>
        </w:trPr>
        <w:tc>
          <w:tcPr>
            <w:tcW w:w="1606" w:type="dxa"/>
            <w:vMerge/>
          </w:tcPr>
          <w:p w14:paraId="518C9F31" w14:textId="77777777" w:rsidR="004578AA" w:rsidRDefault="004578AA" w:rsidP="00171297"/>
        </w:tc>
        <w:tc>
          <w:tcPr>
            <w:tcW w:w="4818" w:type="dxa"/>
            <w:gridSpan w:val="2"/>
          </w:tcPr>
          <w:p w14:paraId="1AC40C2B" w14:textId="77777777" w:rsidR="004578AA" w:rsidRDefault="004578AA" w:rsidP="00171297"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 xml:space="preserve">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6E13A0A4" w14:textId="77777777" w:rsidR="004578AA" w:rsidRDefault="004578AA" w:rsidP="00171297"/>
        </w:tc>
        <w:tc>
          <w:tcPr>
            <w:tcW w:w="3212" w:type="dxa"/>
          </w:tcPr>
          <w:p w14:paraId="02069750" w14:textId="77777777" w:rsidR="004578AA" w:rsidRDefault="004578AA" w:rsidP="00171297">
            <w:r>
              <w:rPr>
                <w:b/>
                <w:color w:val="0D5F78"/>
              </w:rPr>
              <w:t>Data</w:t>
            </w:r>
          </w:p>
          <w:p w14:paraId="51E7828C" w14:textId="77777777" w:rsidR="004578AA" w:rsidRDefault="004578AA" w:rsidP="00171297"/>
        </w:tc>
      </w:tr>
    </w:tbl>
    <w:p w14:paraId="5D0B5FF6" w14:textId="77777777" w:rsidR="007A6244" w:rsidRPr="009D5BC3" w:rsidRDefault="007A6244">
      <w:pPr>
        <w:spacing w:line="168" w:lineRule="auto"/>
        <w:rPr>
          <w:lang w:val="fr-FR"/>
        </w:rPr>
      </w:pPr>
    </w:p>
    <w:p w14:paraId="186D47FF" w14:textId="77777777" w:rsidR="007A6244" w:rsidRPr="007F2503" w:rsidRDefault="00842C36">
      <w:pPr>
        <w:spacing w:before="140" w:after="40"/>
        <w:jc w:val="center"/>
        <w:rPr>
          <w:sz w:val="28"/>
          <w:szCs w:val="28"/>
        </w:rPr>
      </w:pPr>
      <w:r w:rsidRPr="007F2503">
        <w:rPr>
          <w:b/>
          <w:sz w:val="28"/>
          <w:szCs w:val="28"/>
        </w:rPr>
        <w:t>CERERE</w:t>
      </w:r>
    </w:p>
    <w:p w14:paraId="60B77D5E" w14:textId="77777777" w:rsidR="007A6244" w:rsidRDefault="007A6244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20A6F2DD" w14:textId="77777777">
        <w:trPr>
          <w:cantSplit/>
        </w:trPr>
        <w:tc>
          <w:tcPr>
            <w:tcW w:w="9636" w:type="dxa"/>
            <w:shd w:val="clear" w:color="auto" w:fill="F4F4F4"/>
          </w:tcPr>
          <w:p w14:paraId="7A516BF1" w14:textId="77777777" w:rsidR="007A6244" w:rsidRDefault="00842C36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A6244" w:rsidRPr="007F2503" w14:paraId="215792C3" w14:textId="77777777">
        <w:trPr>
          <w:cantSplit/>
          <w:trHeight w:val="510"/>
        </w:trPr>
        <w:tc>
          <w:tcPr>
            <w:tcW w:w="9636" w:type="dxa"/>
          </w:tcPr>
          <w:p w14:paraId="3FBFDAEE" w14:textId="77777777" w:rsidR="007A6244" w:rsidRPr="009D5BC3" w:rsidRDefault="00842C36">
            <w:pPr>
              <w:keepNext/>
              <w:rPr>
                <w:lang w:val="fr-FR"/>
              </w:rPr>
            </w:pPr>
            <w:proofErr w:type="spellStart"/>
            <w:r w:rsidRPr="009D5BC3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3E3EC3B6" w14:textId="77777777" w:rsidR="007A6244" w:rsidRPr="009D5BC3" w:rsidRDefault="00842C36">
            <w:pPr>
              <w:keepNext/>
              <w:rPr>
                <w:lang w:val="fr-FR"/>
              </w:rPr>
            </w:pPr>
            <w:proofErr w:type="spell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comunei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sector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08E70280" w14:textId="77777777" w:rsidR="007A6244" w:rsidRPr="009D5BC3" w:rsidRDefault="007A6244">
            <w:pPr>
              <w:keepNext/>
              <w:rPr>
                <w:lang w:val="fr-FR"/>
              </w:rPr>
            </w:pPr>
          </w:p>
        </w:tc>
      </w:tr>
      <w:tr w:rsidR="007A6244" w:rsidRPr="007F2503" w14:paraId="7776B59C" w14:textId="77777777">
        <w:trPr>
          <w:cantSplit/>
        </w:trPr>
        <w:tc>
          <w:tcPr>
            <w:tcW w:w="9636" w:type="dxa"/>
            <w:shd w:val="clear" w:color="auto" w:fill="F4F4F4"/>
          </w:tcPr>
          <w:p w14:paraId="37A60766" w14:textId="77777777" w:rsidR="007A6244" w:rsidRPr="009D5BC3" w:rsidRDefault="00842C36">
            <w:pPr>
              <w:spacing w:line="228" w:lineRule="auto"/>
              <w:rPr>
                <w:lang w:val="fr-FR"/>
              </w:rPr>
            </w:pPr>
            <w:proofErr w:type="spellStart"/>
            <w:r w:rsidRPr="009D5BC3">
              <w:rPr>
                <w:lang w:val="fr-FR"/>
              </w:rPr>
              <w:t>Cererea</w:t>
            </w:r>
            <w:proofErr w:type="spellEnd"/>
            <w:r w:rsidRPr="009D5BC3">
              <w:rPr>
                <w:lang w:val="fr-FR"/>
              </w:rPr>
              <w:t xml:space="preserve"> va fi </w:t>
            </w:r>
            <w:proofErr w:type="spellStart"/>
            <w:r w:rsidRPr="009D5BC3">
              <w:rPr>
                <w:lang w:val="fr-FR"/>
              </w:rPr>
              <w:t>transmisă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către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președintele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consiliului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județean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general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de </w:t>
            </w:r>
            <w:proofErr w:type="spellStart"/>
            <w:r w:rsidRPr="009D5BC3">
              <w:rPr>
                <w:lang w:val="fr-FR"/>
              </w:rPr>
              <w:t>sector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sau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municipiului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orașului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comune</w:t>
            </w:r>
            <w:r w:rsidRPr="009D5BC3">
              <w:rPr>
                <w:lang w:val="fr-FR"/>
              </w:rPr>
              <w:t>i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după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caz</w:t>
            </w:r>
            <w:proofErr w:type="spellEnd"/>
            <w:r w:rsidRPr="009D5BC3">
              <w:rPr>
                <w:lang w:val="fr-FR"/>
              </w:rPr>
              <w:t>.</w:t>
            </w:r>
          </w:p>
        </w:tc>
      </w:tr>
    </w:tbl>
    <w:p w14:paraId="20220E8C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A6244" w14:paraId="46CFADD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94C17D" w14:textId="77777777" w:rsidR="007A6244" w:rsidRDefault="00842C36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A6244" w14:paraId="2A798EC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4C7A8E" w14:textId="77777777" w:rsidR="007A6244" w:rsidRDefault="00842C36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9065994" w14:textId="77777777" w:rsidR="007A6244" w:rsidRDefault="007A6244">
            <w:pPr>
              <w:keepNext/>
            </w:pPr>
          </w:p>
        </w:tc>
        <w:tc>
          <w:tcPr>
            <w:tcW w:w="4015" w:type="dxa"/>
            <w:gridSpan w:val="3"/>
          </w:tcPr>
          <w:p w14:paraId="23A73AE4" w14:textId="77777777" w:rsidR="007A6244" w:rsidRDefault="00842C36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18AF22D" w14:textId="77777777" w:rsidR="007A6244" w:rsidRDefault="007A6244">
            <w:pPr>
              <w:keepNext/>
            </w:pPr>
          </w:p>
        </w:tc>
      </w:tr>
      <w:tr w:rsidR="007A6244" w14:paraId="545EB23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672763" w14:textId="77777777" w:rsidR="007A6244" w:rsidRDefault="00842C36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7A6244" w14:paraId="26589197" w14:textId="77777777">
        <w:trPr>
          <w:cantSplit/>
          <w:trHeight w:val="510"/>
        </w:trPr>
        <w:tc>
          <w:tcPr>
            <w:tcW w:w="1606" w:type="dxa"/>
          </w:tcPr>
          <w:p w14:paraId="4FE6E89A" w14:textId="77777777" w:rsidR="007A6244" w:rsidRDefault="00842C36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68763DE0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1B30A3BA" w14:textId="77777777" w:rsidR="007A6244" w:rsidRDefault="00842C36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5D8E2" w14:textId="77777777" w:rsidR="007A6244" w:rsidRDefault="007A6244">
            <w:pPr>
              <w:keepNext/>
            </w:pPr>
          </w:p>
        </w:tc>
        <w:tc>
          <w:tcPr>
            <w:tcW w:w="4818" w:type="dxa"/>
            <w:gridSpan w:val="5"/>
          </w:tcPr>
          <w:p w14:paraId="5F5E266C" w14:textId="77777777" w:rsidR="007A6244" w:rsidRDefault="00842C36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39F4F2A6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0D95FC" w14:textId="77777777" w:rsidR="007A6244" w:rsidRDefault="00842C36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53FA98E" w14:textId="77777777" w:rsidR="007A6244" w:rsidRDefault="007A6244">
            <w:pPr>
              <w:keepNext/>
            </w:pPr>
          </w:p>
        </w:tc>
      </w:tr>
      <w:tr w:rsidR="007A6244" w14:paraId="67E3332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D62200" w14:textId="77777777" w:rsidR="007A6244" w:rsidRDefault="00842C36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7A6244" w14:paraId="3385B2B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EB1F2" w14:textId="77777777" w:rsidR="007A6244" w:rsidRDefault="00842C36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46D42AB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4"/>
          </w:tcPr>
          <w:p w14:paraId="0EA364FA" w14:textId="77777777" w:rsidR="007A6244" w:rsidRDefault="00842C36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D658FE8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2"/>
          </w:tcPr>
          <w:p w14:paraId="2C4E7CE4" w14:textId="77777777" w:rsidR="007A6244" w:rsidRDefault="00842C36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A1A06DA" w14:textId="77777777" w:rsidR="007A6244" w:rsidRDefault="007A6244">
            <w:pPr>
              <w:keepNext/>
            </w:pPr>
          </w:p>
        </w:tc>
      </w:tr>
      <w:tr w:rsidR="007A6244" w14:paraId="3469807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B26B276" w14:textId="77777777" w:rsidR="007A6244" w:rsidRDefault="00842C36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6991C6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3AE281F7" w14:textId="77777777" w:rsidR="007A6244" w:rsidRDefault="00842C36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EA0BA9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72244B7" w14:textId="77777777" w:rsidR="007A6244" w:rsidRDefault="00842C36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8B2D38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F68F074" w14:textId="77777777" w:rsidR="007A6244" w:rsidRDefault="00842C36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7DD5DE5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2267E62C" w14:textId="77777777" w:rsidR="007A6244" w:rsidRDefault="00842C36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6F5E082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21B28962" w14:textId="77777777" w:rsidR="007A6244" w:rsidRDefault="00842C36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94D4A3E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261DF8" w14:textId="77777777" w:rsidR="007A6244" w:rsidRDefault="00842C36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225866B9" w14:textId="77777777" w:rsidR="007A6244" w:rsidRDefault="007A6244">
            <w:pPr>
              <w:keepNext/>
            </w:pPr>
          </w:p>
        </w:tc>
      </w:tr>
      <w:tr w:rsidR="007A6244" w14:paraId="7AF7ECD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E71B34A" w14:textId="77777777" w:rsidR="007A6244" w:rsidRDefault="00842C36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A6244" w14:paraId="28F6921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44678A2" w14:textId="77777777" w:rsidR="007A6244" w:rsidRDefault="00842C36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6E8EA80E" w14:textId="77777777" w:rsidR="007A6244" w:rsidRDefault="007A6244">
            <w:pPr>
              <w:keepNext/>
            </w:pPr>
          </w:p>
        </w:tc>
        <w:tc>
          <w:tcPr>
            <w:tcW w:w="5621" w:type="dxa"/>
            <w:gridSpan w:val="5"/>
          </w:tcPr>
          <w:p w14:paraId="71D20CAE" w14:textId="77777777" w:rsidR="007A6244" w:rsidRDefault="00842C36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23D691F" w14:textId="77777777" w:rsidR="007A6244" w:rsidRDefault="007A6244">
            <w:pPr>
              <w:keepNext/>
            </w:pPr>
          </w:p>
        </w:tc>
      </w:tr>
      <w:tr w:rsidR="007A6244" w14:paraId="2605518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6506A29" w14:textId="77777777" w:rsidR="007A6244" w:rsidRDefault="00842C36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7A6244" w14:paraId="2B1D8BFF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5158F72" w14:textId="77777777" w:rsidR="007A6244" w:rsidRDefault="00842C36">
            <w:r>
              <w:rPr>
                <w:b/>
                <w:color w:val="0D5F78"/>
              </w:rPr>
              <w:t>În calitate de reprezentant al</w:t>
            </w:r>
          </w:p>
          <w:p w14:paraId="172CD55E" w14:textId="77777777" w:rsidR="007A6244" w:rsidRDefault="007A6244"/>
        </w:tc>
        <w:tc>
          <w:tcPr>
            <w:tcW w:w="3212" w:type="dxa"/>
            <w:gridSpan w:val="2"/>
          </w:tcPr>
          <w:p w14:paraId="2E023F88" w14:textId="77777777" w:rsidR="007A6244" w:rsidRDefault="00842C36">
            <w:r>
              <w:rPr>
                <w:b/>
                <w:color w:val="0D5F78"/>
              </w:rPr>
              <w:t>CUI / CIF</w:t>
            </w:r>
          </w:p>
          <w:p w14:paraId="274C09B7" w14:textId="77777777" w:rsidR="007A6244" w:rsidRDefault="007A6244"/>
        </w:tc>
      </w:tr>
    </w:tbl>
    <w:p w14:paraId="2790794C" w14:textId="77777777" w:rsidR="007A6244" w:rsidRDefault="007A6244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7A6244" w14:paraId="0CDDD608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8A3345" w14:textId="77777777" w:rsidR="007A6244" w:rsidRDefault="00842C36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AUTORIZAȚIA DE CONSTRUIRE</w:t>
            </w:r>
          </w:p>
        </w:tc>
      </w:tr>
      <w:tr w:rsidR="007A6244" w14:paraId="4996068D" w14:textId="77777777">
        <w:trPr>
          <w:cantSplit/>
          <w:trHeight w:val="510"/>
        </w:trPr>
        <w:tc>
          <w:tcPr>
            <w:tcW w:w="1606" w:type="dxa"/>
          </w:tcPr>
          <w:p w14:paraId="35689D0A" w14:textId="77777777" w:rsidR="007A6244" w:rsidRDefault="00842C36">
            <w:r>
              <w:rPr>
                <w:b/>
                <w:color w:val="0D5F78"/>
              </w:rPr>
              <w:t>Nr.</w:t>
            </w:r>
          </w:p>
          <w:p w14:paraId="095D61F3" w14:textId="77777777" w:rsidR="007A6244" w:rsidRDefault="007A6244"/>
        </w:tc>
        <w:tc>
          <w:tcPr>
            <w:tcW w:w="2409" w:type="dxa"/>
          </w:tcPr>
          <w:p w14:paraId="5E836E88" w14:textId="77777777" w:rsidR="007A6244" w:rsidRDefault="00842C36">
            <w:r>
              <w:rPr>
                <w:b/>
                <w:color w:val="0D5F78"/>
              </w:rPr>
              <w:t>Din data</w:t>
            </w:r>
          </w:p>
          <w:p w14:paraId="73344DA4" w14:textId="77777777" w:rsidR="007A6244" w:rsidRDefault="007A6244"/>
        </w:tc>
        <w:tc>
          <w:tcPr>
            <w:tcW w:w="5621" w:type="dxa"/>
          </w:tcPr>
          <w:p w14:paraId="38937E8B" w14:textId="77777777" w:rsidR="007A6244" w:rsidRDefault="00842C36">
            <w:r>
              <w:rPr>
                <w:b/>
                <w:color w:val="0D5F78"/>
              </w:rPr>
              <w:t>Emisă de</w:t>
            </w:r>
          </w:p>
          <w:p w14:paraId="0D6A7EFA" w14:textId="77777777" w:rsidR="007A6244" w:rsidRDefault="007A6244"/>
        </w:tc>
      </w:tr>
    </w:tbl>
    <w:p w14:paraId="1B861EE0" w14:textId="77777777" w:rsidR="007A6244" w:rsidRDefault="007A6244">
      <w:pPr>
        <w:spacing w:line="168" w:lineRule="auto"/>
      </w:pPr>
    </w:p>
    <w:p w14:paraId="2148FFF5" w14:textId="4ABE98FB" w:rsidR="009D5BC3" w:rsidRDefault="00842C36" w:rsidP="009D5BC3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în temeiul art. 309 – art. 310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4857330C" w14:textId="0CFFB432" w:rsidR="009D5BC3" w:rsidRPr="007F2503" w:rsidRDefault="00842C36" w:rsidP="007F2503">
      <w:pPr>
        <w:keepNext/>
        <w:jc w:val="center"/>
        <w:rPr>
          <w:sz w:val="18"/>
          <w:szCs w:val="18"/>
          <w:lang w:val="fr-FR"/>
        </w:rPr>
      </w:pPr>
      <w:proofErr w:type="spellStart"/>
      <w:proofErr w:type="gramStart"/>
      <w:r w:rsidRPr="007F2503">
        <w:rPr>
          <w:sz w:val="18"/>
          <w:szCs w:val="18"/>
          <w:lang w:val="fr-FR"/>
        </w:rPr>
        <w:t>solicit</w:t>
      </w:r>
      <w:proofErr w:type="spellEnd"/>
      <w:proofErr w:type="gramEnd"/>
      <w:r w:rsidRPr="007F2503">
        <w:rPr>
          <w:sz w:val="18"/>
          <w:szCs w:val="18"/>
          <w:lang w:val="fr-FR"/>
        </w:rPr>
        <w:t>:</w:t>
      </w:r>
    </w:p>
    <w:p w14:paraId="09133AEA" w14:textId="41C7D97B" w:rsidR="007F2503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bookmarkStart w:id="0" w:name="_GoBack"/>
      <w:r w:rsidRPr="007F2503">
        <w:rPr>
          <w:sz w:val="20"/>
          <w:szCs w:val="20"/>
          <w:lang w:val="fr-FR"/>
        </w:rPr>
        <w:t xml:space="preserve">☐ </w:t>
      </w:r>
      <w:proofErr w:type="spellStart"/>
      <w:proofErr w:type="gramStart"/>
      <w:r w:rsidRPr="007F2503">
        <w:rPr>
          <w:sz w:val="20"/>
          <w:szCs w:val="20"/>
          <w:lang w:val="fr-FR"/>
        </w:rPr>
        <w:t>prelungirea</w:t>
      </w:r>
      <w:proofErr w:type="spellEnd"/>
      <w:proofErr w:type="gramEnd"/>
      <w:r w:rsidRPr="007F2503">
        <w:rPr>
          <w:sz w:val="20"/>
          <w:szCs w:val="20"/>
          <w:lang w:val="fr-FR"/>
        </w:rPr>
        <w:t xml:space="preserve"> DURATEI DE EXECUȚIE,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r w:rsidRPr="007F2503">
        <w:rPr>
          <w:sz w:val="20"/>
          <w:szCs w:val="20"/>
          <w:lang w:val="fr-FR"/>
        </w:rPr>
        <w:t>luni</w:t>
      </w:r>
      <w:proofErr w:type="spellEnd"/>
      <w:r w:rsidRPr="007F2503">
        <w:rPr>
          <w:sz w:val="20"/>
          <w:szCs w:val="20"/>
          <w:lang w:val="fr-FR"/>
        </w:rPr>
        <w:t xml:space="preserve">  /</w:t>
      </w:r>
    </w:p>
    <w:p w14:paraId="035B2E14" w14:textId="2AEF1F8C" w:rsidR="007A6244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VALABILITĂȚII </w:t>
      </w:r>
      <w:proofErr w:type="spellStart"/>
      <w:r w:rsidRPr="007F2503">
        <w:rPr>
          <w:sz w:val="20"/>
          <w:szCs w:val="20"/>
          <w:lang w:val="fr-FR"/>
        </w:rPr>
        <w:t>autorizației</w:t>
      </w:r>
      <w:proofErr w:type="spellEnd"/>
      <w:r w:rsidRPr="007F2503">
        <w:rPr>
          <w:sz w:val="20"/>
          <w:szCs w:val="20"/>
          <w:lang w:val="fr-FR"/>
        </w:rPr>
        <w:t xml:space="preserve">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r w:rsidRPr="007F2503">
        <w:rPr>
          <w:sz w:val="20"/>
          <w:szCs w:val="20"/>
          <w:lang w:val="fr-FR"/>
        </w:rPr>
        <w:t>luni</w:t>
      </w:r>
      <w:proofErr w:type="spellEnd"/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7A6244" w14:paraId="23C4BF84" w14:textId="77777777">
        <w:trPr>
          <w:cantSplit/>
          <w:trHeight w:val="510"/>
        </w:trPr>
        <w:tc>
          <w:tcPr>
            <w:tcW w:w="4818" w:type="dxa"/>
          </w:tcPr>
          <w:bookmarkEnd w:id="0"/>
          <w:p w14:paraId="3A499E2D" w14:textId="77777777" w:rsidR="007A6244" w:rsidRDefault="00842C36">
            <w:pPr>
              <w:keepNext/>
            </w:pPr>
            <w:r>
              <w:rPr>
                <w:b/>
                <w:color w:val="0D5F78"/>
              </w:rPr>
              <w:t>De la data</w:t>
            </w:r>
          </w:p>
          <w:p w14:paraId="354602FC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9ED40D5" w14:textId="77777777" w:rsidR="007A6244" w:rsidRDefault="00842C36">
            <w:pPr>
              <w:keepNext/>
            </w:pPr>
            <w:r>
              <w:rPr>
                <w:b/>
                <w:color w:val="0D5F78"/>
              </w:rPr>
              <w:t>Până la data</w:t>
            </w:r>
          </w:p>
          <w:p w14:paraId="7DDD098F" w14:textId="77777777" w:rsidR="007A6244" w:rsidRDefault="007A6244">
            <w:pPr>
              <w:keepNext/>
            </w:pPr>
          </w:p>
        </w:tc>
      </w:tr>
      <w:tr w:rsidR="007A6244" w14:paraId="437193AC" w14:textId="77777777">
        <w:trPr>
          <w:cantSplit/>
          <w:trHeight w:val="510"/>
        </w:trPr>
        <w:tc>
          <w:tcPr>
            <w:tcW w:w="4818" w:type="dxa"/>
          </w:tcPr>
          <w:p w14:paraId="4DF3FB80" w14:textId="77777777" w:rsidR="007A6244" w:rsidRDefault="00842C36">
            <w:pPr>
              <w:keepNext/>
            </w:pPr>
            <w:r>
              <w:rPr>
                <w:b/>
                <w:color w:val="0D5F78"/>
              </w:rPr>
              <w:t>Stadiul lucrărilor (%)</w:t>
            </w:r>
          </w:p>
          <w:p w14:paraId="24044175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24FE4D1" w14:textId="77777777" w:rsidR="007A6244" w:rsidRDefault="00842C36">
            <w:pPr>
              <w:keepNext/>
            </w:pPr>
            <w:r>
              <w:rPr>
                <w:b/>
                <w:color w:val="0D5F78"/>
              </w:rPr>
              <w:t>Data începerii efective</w:t>
            </w:r>
          </w:p>
          <w:p w14:paraId="5E0A126C" w14:textId="77777777" w:rsidR="007A6244" w:rsidRDefault="007A6244">
            <w:pPr>
              <w:keepNext/>
            </w:pPr>
          </w:p>
        </w:tc>
      </w:tr>
      <w:tr w:rsidR="007A6244" w:rsidRPr="007F2503" w14:paraId="2FF65CE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73B1089" w14:textId="77777777" w:rsidR="007A6244" w:rsidRPr="009D5BC3" w:rsidRDefault="00842C36">
            <w:pPr>
              <w:keepNext/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Lucrările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rămase</w:t>
            </w:r>
            <w:proofErr w:type="spellEnd"/>
            <w:r w:rsidRPr="009D5BC3">
              <w:rPr>
                <w:sz w:val="16"/>
                <w:lang w:val="fr-FR"/>
              </w:rPr>
              <w:t xml:space="preserve"> de </w:t>
            </w:r>
            <w:proofErr w:type="spellStart"/>
            <w:r w:rsidRPr="009D5BC3">
              <w:rPr>
                <w:sz w:val="16"/>
                <w:lang w:val="fr-FR"/>
              </w:rPr>
              <w:t>executat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și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motivarea</w:t>
            </w:r>
            <w:proofErr w:type="spellEnd"/>
          </w:p>
        </w:tc>
      </w:tr>
      <w:tr w:rsidR="007A6244" w:rsidRPr="007F2503" w14:paraId="723B2689" w14:textId="77777777">
        <w:trPr>
          <w:cantSplit/>
        </w:trPr>
        <w:tc>
          <w:tcPr>
            <w:tcW w:w="9636" w:type="dxa"/>
            <w:gridSpan w:val="2"/>
          </w:tcPr>
          <w:p w14:paraId="195774AC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B23A108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30E592BD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24259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00ED70C9" w14:textId="77777777">
        <w:trPr>
          <w:cantSplit/>
        </w:trPr>
        <w:tc>
          <w:tcPr>
            <w:tcW w:w="9636" w:type="dxa"/>
            <w:shd w:val="clear" w:color="auto" w:fill="F4F4F4"/>
          </w:tcPr>
          <w:p w14:paraId="2678BCBD" w14:textId="77777777" w:rsidR="007A6244" w:rsidRDefault="00842C36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7A6244" w:rsidRPr="007F2503" w14:paraId="6B6A0EA2" w14:textId="77777777">
        <w:trPr>
          <w:cantSplit/>
        </w:trPr>
        <w:tc>
          <w:tcPr>
            <w:tcW w:w="9636" w:type="dxa"/>
          </w:tcPr>
          <w:p w14:paraId="300C857E" w14:textId="77777777" w:rsidR="007A6244" w:rsidRPr="009D5BC3" w:rsidRDefault="00842C36">
            <w:pPr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☐ </w:t>
            </w:r>
            <w:proofErr w:type="spellStart"/>
            <w:r w:rsidRPr="009D5BC3">
              <w:rPr>
                <w:sz w:val="16"/>
                <w:lang w:val="fr-FR"/>
              </w:rPr>
              <w:t>autorizația</w:t>
            </w:r>
            <w:proofErr w:type="spellEnd"/>
            <w:r w:rsidRPr="009D5BC3">
              <w:rPr>
                <w:sz w:val="16"/>
                <w:lang w:val="fr-FR"/>
              </w:rPr>
              <w:t xml:space="preserve"> de construire (</w:t>
            </w:r>
            <w:proofErr w:type="spellStart"/>
            <w:r w:rsidRPr="009D5BC3">
              <w:rPr>
                <w:sz w:val="16"/>
                <w:lang w:val="fr-FR"/>
              </w:rPr>
              <w:t>în</w:t>
            </w:r>
            <w:proofErr w:type="spellEnd"/>
            <w:r w:rsidRPr="009D5BC3">
              <w:rPr>
                <w:sz w:val="16"/>
                <w:lang w:val="fr-FR"/>
              </w:rPr>
              <w:t xml:space="preserve"> original)     ☐ </w:t>
            </w:r>
            <w:proofErr w:type="spellStart"/>
            <w:r w:rsidRPr="009D5BC3">
              <w:rPr>
                <w:sz w:val="16"/>
                <w:lang w:val="fr-FR"/>
              </w:rPr>
              <w:t>documentul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privind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achitarea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taxei</w:t>
            </w:r>
            <w:proofErr w:type="spellEnd"/>
            <w:r w:rsidRPr="009D5BC3">
              <w:rPr>
                <w:sz w:val="16"/>
                <w:lang w:val="fr-FR"/>
              </w:rPr>
              <w:t xml:space="preserve"> (copie)</w:t>
            </w:r>
          </w:p>
        </w:tc>
      </w:tr>
    </w:tbl>
    <w:p w14:paraId="5EC05C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A6244" w14:paraId="02CA662B" w14:textId="77777777" w:rsidTr="007F2503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14:paraId="14B1C475" w14:textId="77777777" w:rsidR="007A6244" w:rsidRDefault="00842C36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A6244" w14:paraId="0C1B9847" w14:textId="77777777" w:rsidTr="007F2503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32CC" w14:textId="77777777" w:rsidR="007A6244" w:rsidRDefault="00842C36">
            <w:r>
              <w:rPr>
                <w:b/>
                <w:color w:val="0D5F78"/>
              </w:rPr>
              <w:t>Data</w:t>
            </w:r>
          </w:p>
          <w:p w14:paraId="00AF9847" w14:textId="77777777" w:rsidR="007A6244" w:rsidRDefault="007A6244"/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FF1" w14:textId="77777777" w:rsidR="007A6244" w:rsidRDefault="00842C36">
            <w:r>
              <w:rPr>
                <w:b/>
                <w:color w:val="0D5F78"/>
              </w:rPr>
              <w:t>Titularul autorizației</w:t>
            </w:r>
          </w:p>
          <w:p w14:paraId="7EABFA92" w14:textId="77777777" w:rsidR="007A6244" w:rsidRDefault="007A6244"/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BFAE" w14:textId="77777777" w:rsidR="007A6244" w:rsidRDefault="00842C36">
            <w:r>
              <w:rPr>
                <w:b/>
                <w:color w:val="0D5F78"/>
              </w:rPr>
              <w:t>Semnătura</w:t>
            </w:r>
          </w:p>
          <w:p w14:paraId="189E4DCE" w14:textId="77777777" w:rsidR="007A6244" w:rsidRDefault="007A6244"/>
        </w:tc>
      </w:tr>
    </w:tbl>
    <w:p w14:paraId="19AD975D" w14:textId="77777777" w:rsidR="007A6244" w:rsidRDefault="007A6244">
      <w:pPr>
        <w:spacing w:line="168" w:lineRule="auto"/>
      </w:pPr>
    </w:p>
    <w:sectPr w:rsidR="007A6244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A4C56B" w14:textId="77777777" w:rsidR="00842C36" w:rsidRDefault="00842C36">
      <w:r>
        <w:separator/>
      </w:r>
    </w:p>
  </w:endnote>
  <w:endnote w:type="continuationSeparator" w:id="0">
    <w:p w14:paraId="420A7E67" w14:textId="77777777" w:rsidR="00842C36" w:rsidRDefault="00842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7319F4" w14:textId="2E95B5F8" w:rsidR="007A6244" w:rsidRDefault="00842C36">
    <w:pPr>
      <w:pStyle w:val="Footer"/>
      <w:tabs>
        <w:tab w:val="right" w:pos="9639"/>
      </w:tabs>
    </w:pPr>
    <w:r>
      <w:rPr>
        <w:color w:val="595959"/>
      </w:rPr>
      <w:t xml:space="preserve">F_A_02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4578A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4578AA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7E2907" w14:textId="77777777" w:rsidR="00842C36" w:rsidRDefault="00842C36">
      <w:r>
        <w:separator/>
      </w:r>
    </w:p>
  </w:footnote>
  <w:footnote w:type="continuationSeparator" w:id="0">
    <w:p w14:paraId="4B1A2CAC" w14:textId="77777777" w:rsidR="00842C36" w:rsidRDefault="00842C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578AA"/>
    <w:rsid w:val="006C103E"/>
    <w:rsid w:val="007A6244"/>
    <w:rsid w:val="007F2503"/>
    <w:rsid w:val="00842C36"/>
    <w:rsid w:val="009C5408"/>
    <w:rsid w:val="009D5BC3"/>
    <w:rsid w:val="00AA1D8D"/>
    <w:rsid w:val="00B47730"/>
    <w:rsid w:val="00CB0664"/>
    <w:rsid w:val="00D21BCF"/>
    <w:rsid w:val="00E61A6B"/>
    <w:rsid w:val="00F816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B27A3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578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8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578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8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A0853B8-DB50-4409-8B9D-40BB6D3BE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220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1497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HEMEIUS150</cp:lastModifiedBy>
  <cp:revision>2</cp:revision>
  <dcterms:created xsi:type="dcterms:W3CDTF">2013-12-23T23:15:00Z</dcterms:created>
  <dcterms:modified xsi:type="dcterms:W3CDTF">2026-09-02T06:31:00Z</dcterms:modified>
  <cp:category/>
</cp:coreProperties>
</file>