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879B3" w14:paraId="5CD9D203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79E8F981" w14:textId="77777777" w:rsidR="00D879B3" w:rsidRDefault="00D879B3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03D07533" wp14:editId="6F2CD9D3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79B8D1B5" w14:textId="77777777" w:rsidR="00D879B3" w:rsidRDefault="00D879B3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251F2BB" w14:textId="77777777" w:rsidR="00D879B3" w:rsidRDefault="00D879B3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D879B3" w14:paraId="132D3DF0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2B5AB461" w14:textId="77777777" w:rsidR="00D879B3" w:rsidRDefault="00D879B3" w:rsidP="00171297"/>
        </w:tc>
        <w:tc>
          <w:tcPr>
            <w:tcW w:w="8030" w:type="dxa"/>
            <w:gridSpan w:val="3"/>
          </w:tcPr>
          <w:p w14:paraId="51C6A74F" w14:textId="77777777" w:rsidR="00D879B3" w:rsidRDefault="00D879B3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D0D52C5" w14:textId="77777777" w:rsidR="00D879B3" w:rsidRDefault="00D879B3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D879B3" w14:paraId="0F32BFDF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49ADE904" w14:textId="77777777" w:rsidR="00D879B3" w:rsidRDefault="00D879B3" w:rsidP="00171297"/>
        </w:tc>
        <w:tc>
          <w:tcPr>
            <w:tcW w:w="2409" w:type="dxa"/>
          </w:tcPr>
          <w:p w14:paraId="2FD12D93" w14:textId="77777777" w:rsidR="00D879B3" w:rsidRPr="00EC4C89" w:rsidRDefault="00D879B3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06CE2231" w14:textId="77777777" w:rsidR="00D879B3" w:rsidRPr="00EC4C89" w:rsidRDefault="00D879B3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2D0277B6" w14:textId="77777777" w:rsidR="00D879B3" w:rsidRDefault="00D879B3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2B746A6" w14:textId="77777777" w:rsidR="00D879B3" w:rsidRDefault="00D879B3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5C1E3DB9" w14:textId="77777777" w:rsidR="00D879B3" w:rsidRDefault="00D879B3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D879B3" w14:paraId="27F52D1D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28F78370" w14:textId="77777777" w:rsidR="00D879B3" w:rsidRDefault="00D879B3" w:rsidP="00171297"/>
        </w:tc>
        <w:tc>
          <w:tcPr>
            <w:tcW w:w="4818" w:type="dxa"/>
            <w:gridSpan w:val="2"/>
          </w:tcPr>
          <w:p w14:paraId="3A7A26B8" w14:textId="77777777" w:rsidR="00D879B3" w:rsidRDefault="00D879B3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B2C422C" w14:textId="77777777" w:rsidR="00D879B3" w:rsidRDefault="00D879B3" w:rsidP="00171297"/>
        </w:tc>
        <w:tc>
          <w:tcPr>
            <w:tcW w:w="3212" w:type="dxa"/>
          </w:tcPr>
          <w:p w14:paraId="6BF39050" w14:textId="77777777" w:rsidR="00D879B3" w:rsidRDefault="00D879B3" w:rsidP="00171297">
            <w:r>
              <w:rPr>
                <w:b/>
                <w:color w:val="0D5F78"/>
              </w:rPr>
              <w:t>Data</w:t>
            </w:r>
          </w:p>
          <w:p w14:paraId="79F4307D" w14:textId="77777777" w:rsidR="00D879B3" w:rsidRDefault="00D879B3" w:rsidP="00171297"/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  <w:bookmarkStart w:id="0" w:name="_GoBack"/>
      <w:bookmarkEnd w:id="0"/>
    </w:p>
    <w:p w14:paraId="0F5A4CDF" w14:textId="77777777" w:rsidR="00A11ECC" w:rsidRPr="00182EDC" w:rsidRDefault="009C518E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9C518E">
      <w:pPr>
        <w:spacing w:after="120"/>
        <w:jc w:val="center"/>
      </w:pPr>
      <w:proofErr w:type="gramStart"/>
      <w:r>
        <w:rPr>
          <w:sz w:val="19"/>
        </w:rPr>
        <w:t>privind</w:t>
      </w:r>
      <w:proofErr w:type="gramEnd"/>
      <w:r>
        <w:rPr>
          <w:sz w:val="19"/>
        </w:rPr>
        <w:t xml:space="preserve">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9C518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9C518E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9C518E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9C518E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9C518E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9C518E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9C518E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9C518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9C518E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9C518E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9C518E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9C518E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9C518E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9C518E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9C518E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9C518E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9C518E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9C518E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9C518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9C518E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9C518E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9C518E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9C518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9C518E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9C518E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9C518E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9C518E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9C518E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AA859" w14:textId="77777777" w:rsidR="009C518E" w:rsidRDefault="009C518E">
      <w:r>
        <w:separator/>
      </w:r>
    </w:p>
  </w:endnote>
  <w:endnote w:type="continuationSeparator" w:id="0">
    <w:p w14:paraId="74B0E500" w14:textId="77777777" w:rsidR="009C518E" w:rsidRDefault="009C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FAD8D" w14:textId="547B7A71" w:rsidR="00A11ECC" w:rsidRDefault="009C518E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79B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79B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7FA8C" w14:textId="77777777" w:rsidR="009C518E" w:rsidRDefault="009C518E">
      <w:r>
        <w:separator/>
      </w:r>
    </w:p>
  </w:footnote>
  <w:footnote w:type="continuationSeparator" w:id="0">
    <w:p w14:paraId="3A295864" w14:textId="77777777" w:rsidR="009C518E" w:rsidRDefault="009C5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9C518E"/>
    <w:rsid w:val="00A11ECC"/>
    <w:rsid w:val="00AA1D8D"/>
    <w:rsid w:val="00B47730"/>
    <w:rsid w:val="00CB0664"/>
    <w:rsid w:val="00D879B3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87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9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87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9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66B607-EB62-4E4B-A658-D7660054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2026-09-02T06:38:00Z</dcterms:modified>
  <cp:category/>
</cp:coreProperties>
</file>