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C2120" w14:paraId="44ADAE13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43EB121B" w14:textId="77777777" w:rsidR="007C2120" w:rsidRDefault="007C2120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6EF6625C" wp14:editId="7D285263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C2277F7" w14:textId="77777777" w:rsidR="007C2120" w:rsidRDefault="007C2120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161169F" w14:textId="77777777" w:rsidR="007C2120" w:rsidRDefault="007C2120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7C2120" w14:paraId="1D24209B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55FBE059" w14:textId="77777777" w:rsidR="007C2120" w:rsidRDefault="007C2120" w:rsidP="00171297"/>
        </w:tc>
        <w:tc>
          <w:tcPr>
            <w:tcW w:w="8030" w:type="dxa"/>
            <w:gridSpan w:val="3"/>
          </w:tcPr>
          <w:p w14:paraId="3ADAA12E" w14:textId="77777777" w:rsidR="007C2120" w:rsidRDefault="007C2120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0663C4C" w14:textId="77777777" w:rsidR="007C2120" w:rsidRDefault="007C2120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7C2120" w14:paraId="1B3B2A15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0E038A7E" w14:textId="77777777" w:rsidR="007C2120" w:rsidRDefault="007C2120" w:rsidP="00171297"/>
        </w:tc>
        <w:tc>
          <w:tcPr>
            <w:tcW w:w="2409" w:type="dxa"/>
          </w:tcPr>
          <w:p w14:paraId="38E4AF62" w14:textId="77777777" w:rsidR="007C2120" w:rsidRPr="00EC4C89" w:rsidRDefault="007C2120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38291180" w14:textId="77777777" w:rsidR="007C2120" w:rsidRPr="00EC4C89" w:rsidRDefault="007C2120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1A913F9B" w14:textId="77777777" w:rsidR="007C2120" w:rsidRDefault="007C2120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141EA8F" w14:textId="77777777" w:rsidR="007C2120" w:rsidRDefault="007C2120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68D05433" w14:textId="77777777" w:rsidR="007C2120" w:rsidRDefault="007C2120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7C2120" w14:paraId="3A4E754A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47CA1D47" w14:textId="77777777" w:rsidR="007C2120" w:rsidRDefault="007C2120" w:rsidP="00171297"/>
        </w:tc>
        <w:tc>
          <w:tcPr>
            <w:tcW w:w="4818" w:type="dxa"/>
            <w:gridSpan w:val="2"/>
          </w:tcPr>
          <w:p w14:paraId="2FD208BB" w14:textId="77777777" w:rsidR="007C2120" w:rsidRDefault="007C2120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7A5C2E7" w14:textId="77777777" w:rsidR="007C2120" w:rsidRDefault="007C2120" w:rsidP="00171297"/>
        </w:tc>
        <w:tc>
          <w:tcPr>
            <w:tcW w:w="3212" w:type="dxa"/>
          </w:tcPr>
          <w:p w14:paraId="1D32F103" w14:textId="77777777" w:rsidR="007C2120" w:rsidRDefault="007C2120" w:rsidP="00171297">
            <w:r>
              <w:rPr>
                <w:b/>
                <w:color w:val="0D5F78"/>
              </w:rPr>
              <w:t>Data</w:t>
            </w:r>
          </w:p>
          <w:p w14:paraId="4654B271" w14:textId="77777777" w:rsidR="007C2120" w:rsidRDefault="007C2120" w:rsidP="00171297"/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FC2D00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FC2D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bookmarkStart w:id="0" w:name="_GoBack"/>
      <w:bookmarkEnd w:id="0"/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FC2D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6757A" w:rsidRDefault="00A11ECC">
            <w:pPr>
              <w:keepNext/>
              <w:rPr>
                <w:lang w:val="fr-FR"/>
              </w:rPr>
            </w:pP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FC2D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FC2D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FC2D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FC2D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FC2D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FC2D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FC2D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FC2D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FC2D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FC2D00">
            <w:pPr>
              <w:rPr>
                <w:lang w:val="fr-FR"/>
              </w:rPr>
            </w:pPr>
            <w:r w:rsidRPr="00B5567D">
              <w:rPr>
                <w:b/>
                <w:color w:val="0D5F78"/>
                <w:lang w:val="fr-FR"/>
              </w:rPr>
              <w:t>în valoare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FC2D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FC2D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FC2D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FC2D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FC2D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FC2D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FC2D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FC2D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FC2D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FC2D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B5567D">
              <w:rPr>
                <w:sz w:val="16"/>
                <w:lang w:val="fr-FR"/>
              </w:rPr>
              <w:t>de investiții</w:t>
            </w:r>
            <w:proofErr w:type="gramEnd"/>
            <w:r w:rsidRPr="00B5567D">
              <w:rPr>
                <w:sz w:val="16"/>
                <w:lang w:val="fr-FR"/>
              </w:rPr>
              <w:t xml:space="preserve">: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 xml:space="preserve">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proofErr w:type="gramEnd"/>
            <w:r w:rsidRPr="00B5567D">
              <w:rPr>
                <w:sz w:val="16"/>
                <w:lang w:val="fr-FR"/>
              </w:rPr>
              <w:t xml:space="preserve">            .</w:t>
            </w:r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autorizația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desființare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autorizației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înștiințări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și</w:t>
            </w:r>
            <w:proofErr w:type="spellEnd"/>
            <w:r w:rsidRPr="00895605">
              <w:rPr>
                <w:lang w:val="fr-FR"/>
              </w:rPr>
              <w:t xml:space="preserve">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construcții</w:t>
            </w:r>
            <w:proofErr w:type="spellEnd"/>
            <w:r w:rsidRPr="00895605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B2E84" w14:textId="77777777" w:rsidR="00FC2D00" w:rsidRDefault="00FC2D00">
      <w:r>
        <w:separator/>
      </w:r>
    </w:p>
  </w:endnote>
  <w:endnote w:type="continuationSeparator" w:id="0">
    <w:p w14:paraId="78B1D34C" w14:textId="77777777" w:rsidR="00FC2D00" w:rsidRDefault="00FC2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FAD8D" w14:textId="5165E002" w:rsidR="00A11ECC" w:rsidRDefault="00FC2D00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C212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C2120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24020" w14:textId="77777777" w:rsidR="00FC2D00" w:rsidRDefault="00FC2D00">
      <w:r>
        <w:separator/>
      </w:r>
    </w:p>
  </w:footnote>
  <w:footnote w:type="continuationSeparator" w:id="0">
    <w:p w14:paraId="662FD4A8" w14:textId="77777777" w:rsidR="00FC2D00" w:rsidRDefault="00FC2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3DA8"/>
    <w:rsid w:val="0015074B"/>
    <w:rsid w:val="00271790"/>
    <w:rsid w:val="0029639D"/>
    <w:rsid w:val="002A5ABA"/>
    <w:rsid w:val="00326F90"/>
    <w:rsid w:val="006E037C"/>
    <w:rsid w:val="00781DFE"/>
    <w:rsid w:val="007C2120"/>
    <w:rsid w:val="00A11ECC"/>
    <w:rsid w:val="00AA1D8D"/>
    <w:rsid w:val="00B47730"/>
    <w:rsid w:val="00B54A8D"/>
    <w:rsid w:val="00B5567D"/>
    <w:rsid w:val="00C93562"/>
    <w:rsid w:val="00CB0664"/>
    <w:rsid w:val="00E61A6B"/>
    <w:rsid w:val="00E6757A"/>
    <w:rsid w:val="00F74426"/>
    <w:rsid w:val="00F81D1D"/>
    <w:rsid w:val="00FC2D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2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2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3FD7A3-5132-4D1B-8C15-3258FFD08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2026-08-24T15:14:00Z</dcterms:created>
  <dcterms:modified xsi:type="dcterms:W3CDTF">2026-09-02T06:39:00Z</dcterms:modified>
  <cp:category/>
</cp:coreProperties>
</file>