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F9659D" w14:paraId="1B61CD59" w14:textId="77777777" w:rsidTr="00171297">
        <w:trPr>
          <w:cantSplit/>
          <w:trHeight w:val="416"/>
        </w:trPr>
        <w:tc>
          <w:tcPr>
            <w:tcW w:w="1606" w:type="dxa"/>
            <w:vMerge w:val="restart"/>
            <w:vAlign w:val="center"/>
          </w:tcPr>
          <w:p w14:paraId="0D3053D0" w14:textId="77777777" w:rsidR="00F9659D" w:rsidRDefault="00F9659D" w:rsidP="00171297">
            <w:pPr>
              <w:keepNext/>
              <w:jc w:val="center"/>
            </w:pPr>
            <w:r>
              <w:rPr>
                <w:noProof/>
                <w:lang w:val="ro-RO" w:eastAsia="ro-RO"/>
              </w:rPr>
              <w:drawing>
                <wp:inline distT="0" distB="0" distL="0" distR="0" wp14:anchorId="7E2101E6" wp14:editId="5352D043">
                  <wp:extent cx="762000" cy="94297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942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120BFAA7" w14:textId="77777777" w:rsidR="00F9659D" w:rsidRDefault="00F9659D" w:rsidP="0017129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709B92F6" w14:textId="77777777" w:rsidR="00F9659D" w:rsidRDefault="00F9659D" w:rsidP="00171297">
            <w:pPr>
              <w:keepNext/>
            </w:pPr>
            <w:r w:rsidRPr="009B5D0B">
              <w:rPr>
                <w:b/>
              </w:rPr>
              <w:t>BACAU</w:t>
            </w:r>
          </w:p>
        </w:tc>
      </w:tr>
      <w:tr w:rsidR="00F9659D" w14:paraId="3E13F806" w14:textId="77777777" w:rsidTr="00171297">
        <w:trPr>
          <w:cantSplit/>
          <w:trHeight w:val="414"/>
        </w:trPr>
        <w:tc>
          <w:tcPr>
            <w:tcW w:w="1606" w:type="dxa"/>
            <w:vMerge/>
          </w:tcPr>
          <w:p w14:paraId="120F8B0E" w14:textId="77777777" w:rsidR="00F9659D" w:rsidRDefault="00F9659D" w:rsidP="00171297"/>
        </w:tc>
        <w:tc>
          <w:tcPr>
            <w:tcW w:w="8030" w:type="dxa"/>
            <w:gridSpan w:val="3"/>
          </w:tcPr>
          <w:p w14:paraId="795642A4" w14:textId="77777777" w:rsidR="00F9659D" w:rsidRDefault="00F9659D" w:rsidP="00171297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7D47945F" w14:textId="77777777" w:rsidR="00F9659D" w:rsidRDefault="00F9659D" w:rsidP="00171297">
            <w:pPr>
              <w:keepNext/>
            </w:pPr>
            <w:r w:rsidRPr="009B5D0B">
              <w:rPr>
                <w:b/>
              </w:rPr>
              <w:t>COMUNA HEMEIUS</w:t>
            </w:r>
          </w:p>
        </w:tc>
      </w:tr>
      <w:tr w:rsidR="00F9659D" w14:paraId="43936AB2" w14:textId="77777777" w:rsidTr="00171297">
        <w:trPr>
          <w:cantSplit/>
          <w:trHeight w:val="510"/>
        </w:trPr>
        <w:tc>
          <w:tcPr>
            <w:tcW w:w="1606" w:type="dxa"/>
            <w:vMerge/>
          </w:tcPr>
          <w:p w14:paraId="1F1ECD3B" w14:textId="77777777" w:rsidR="00F9659D" w:rsidRDefault="00F9659D" w:rsidP="00171297"/>
        </w:tc>
        <w:tc>
          <w:tcPr>
            <w:tcW w:w="2409" w:type="dxa"/>
          </w:tcPr>
          <w:p w14:paraId="7BB41C1C" w14:textId="77777777" w:rsidR="00F9659D" w:rsidRPr="00EC4C89" w:rsidRDefault="00F9659D" w:rsidP="00171297">
            <w:pPr>
              <w:keepNext/>
              <w:rPr>
                <w:lang w:val="fr-FR"/>
              </w:rPr>
            </w:pPr>
            <w:r w:rsidRPr="00EC4C89">
              <w:rPr>
                <w:b/>
                <w:color w:val="0D5F78"/>
                <w:lang w:val="fr-FR"/>
              </w:rPr>
              <w:t xml:space="preserve">Cod </w:t>
            </w:r>
            <w:proofErr w:type="gramStart"/>
            <w:r w:rsidRPr="00EC4C89">
              <w:rPr>
                <w:b/>
                <w:color w:val="0D5F78"/>
                <w:lang w:val="fr-FR"/>
              </w:rPr>
              <w:t xml:space="preserve">de </w:t>
            </w:r>
            <w:proofErr w:type="spellStart"/>
            <w:r w:rsidRPr="00EC4C89">
              <w:rPr>
                <w:b/>
                <w:color w:val="0D5F78"/>
                <w:lang w:val="fr-FR"/>
              </w:rPr>
              <w:t>identificare</w:t>
            </w:r>
            <w:proofErr w:type="spellEnd"/>
            <w:proofErr w:type="gramEnd"/>
            <w:r w:rsidRPr="00EC4C89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C4C89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EC4C89">
              <w:rPr>
                <w:b/>
                <w:color w:val="0D5F78"/>
                <w:lang w:val="fr-FR"/>
              </w:rPr>
              <w:t xml:space="preserve"> (CIF)</w:t>
            </w:r>
          </w:p>
          <w:p w14:paraId="47A7498B" w14:textId="77777777" w:rsidR="00F9659D" w:rsidRPr="00EC4C89" w:rsidRDefault="00F9659D" w:rsidP="00171297">
            <w:pPr>
              <w:keepNext/>
              <w:rPr>
                <w:lang w:val="fr-FR"/>
              </w:rPr>
            </w:pPr>
            <w:r w:rsidRPr="009B5D0B">
              <w:rPr>
                <w:b/>
                <w:lang w:val="fr-FR"/>
              </w:rPr>
              <w:t>4352832</w:t>
            </w:r>
          </w:p>
        </w:tc>
        <w:tc>
          <w:tcPr>
            <w:tcW w:w="5621" w:type="dxa"/>
            <w:gridSpan w:val="2"/>
          </w:tcPr>
          <w:p w14:paraId="77BD3E92" w14:textId="77777777" w:rsidR="00F9659D" w:rsidRDefault="00F9659D" w:rsidP="00171297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32166884" w14:textId="77777777" w:rsidR="00F9659D" w:rsidRDefault="00F9659D" w:rsidP="00171297">
            <w:pPr>
              <w:keepNext/>
              <w:rPr>
                <w:b/>
              </w:rPr>
            </w:pPr>
            <w:r w:rsidRPr="009B5D0B">
              <w:rPr>
                <w:b/>
              </w:rPr>
              <w:t xml:space="preserve">Str. Ion </w:t>
            </w:r>
            <w:proofErr w:type="spellStart"/>
            <w:r w:rsidRPr="009B5D0B">
              <w:rPr>
                <w:b/>
              </w:rPr>
              <w:t>Simionescu</w:t>
            </w:r>
            <w:proofErr w:type="spellEnd"/>
            <w:r w:rsidRPr="009B5D0B">
              <w:rPr>
                <w:b/>
              </w:rPr>
              <w:t xml:space="preserve"> </w:t>
            </w:r>
            <w:proofErr w:type="spellStart"/>
            <w:r w:rsidRPr="009B5D0B">
              <w:rPr>
                <w:b/>
              </w:rPr>
              <w:t>nr</w:t>
            </w:r>
            <w:proofErr w:type="spellEnd"/>
            <w:r w:rsidRPr="009B5D0B">
              <w:rPr>
                <w:b/>
              </w:rPr>
              <w:t xml:space="preserve">. 221, </w:t>
            </w:r>
            <w:proofErr w:type="spellStart"/>
            <w:r>
              <w:rPr>
                <w:b/>
              </w:rPr>
              <w:t>Hemeius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jud</w:t>
            </w:r>
            <w:proofErr w:type="spellEnd"/>
            <w:r>
              <w:rPr>
                <w:b/>
              </w:rPr>
              <w:t>. Bacau,</w:t>
            </w:r>
          </w:p>
          <w:p w14:paraId="20B46500" w14:textId="77777777" w:rsidR="00F9659D" w:rsidRDefault="00F9659D" w:rsidP="00171297">
            <w:pPr>
              <w:keepNext/>
            </w:pPr>
            <w:r w:rsidRPr="009B5D0B">
              <w:rPr>
                <w:b/>
              </w:rPr>
              <w:t>tel.:0234/217510, fax: 0234/217675; E-mail :contact@primariahemeius.ro</w:t>
            </w:r>
          </w:p>
        </w:tc>
      </w:tr>
      <w:tr w:rsidR="00F9659D" w14:paraId="59F7450E" w14:textId="77777777" w:rsidTr="00171297">
        <w:trPr>
          <w:cantSplit/>
          <w:trHeight w:val="455"/>
        </w:trPr>
        <w:tc>
          <w:tcPr>
            <w:tcW w:w="1606" w:type="dxa"/>
            <w:vMerge/>
          </w:tcPr>
          <w:p w14:paraId="09710343" w14:textId="77777777" w:rsidR="00F9659D" w:rsidRDefault="00F9659D" w:rsidP="00171297"/>
        </w:tc>
        <w:tc>
          <w:tcPr>
            <w:tcW w:w="4818" w:type="dxa"/>
            <w:gridSpan w:val="2"/>
          </w:tcPr>
          <w:p w14:paraId="4F96D796" w14:textId="77777777" w:rsidR="00F9659D" w:rsidRDefault="00F9659D" w:rsidP="00171297"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 xml:space="preserve">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68D982CF" w14:textId="77777777" w:rsidR="00F9659D" w:rsidRDefault="00F9659D" w:rsidP="00171297"/>
        </w:tc>
        <w:tc>
          <w:tcPr>
            <w:tcW w:w="3212" w:type="dxa"/>
          </w:tcPr>
          <w:p w14:paraId="7B7C3FEC" w14:textId="77777777" w:rsidR="00F9659D" w:rsidRDefault="00F9659D" w:rsidP="00171297">
            <w:r>
              <w:rPr>
                <w:b/>
                <w:color w:val="0D5F78"/>
              </w:rPr>
              <w:t>Data</w:t>
            </w:r>
          </w:p>
          <w:p w14:paraId="68AD432F" w14:textId="77777777" w:rsidR="00F9659D" w:rsidRDefault="00F9659D" w:rsidP="00171297"/>
        </w:tc>
      </w:tr>
    </w:tbl>
    <w:p w14:paraId="58FEB982" w14:textId="77777777" w:rsidR="00AD35FD" w:rsidRPr="005E6036" w:rsidRDefault="0064612C" w:rsidP="007050CD">
      <w:pPr>
        <w:spacing w:before="140" w:after="40"/>
        <w:jc w:val="center"/>
        <w:rPr>
          <w:sz w:val="28"/>
          <w:szCs w:val="28"/>
        </w:rPr>
      </w:pPr>
      <w:bookmarkStart w:id="0" w:name="_GoBack"/>
      <w:r w:rsidRPr="005E6036">
        <w:rPr>
          <w:b/>
          <w:sz w:val="28"/>
          <w:szCs w:val="28"/>
        </w:rPr>
        <w:t>ÎNȘTIINȚARE</w:t>
      </w:r>
    </w:p>
    <w:p w14:paraId="3F1F960E" w14:textId="77777777" w:rsidR="00AD35FD" w:rsidRDefault="0064612C">
      <w:pPr>
        <w:spacing w:after="120"/>
        <w:jc w:val="center"/>
      </w:pPr>
      <w:r>
        <w:rPr>
          <w:sz w:val="19"/>
        </w:rPr>
        <w:t>privind încheierea execuției lucrărilor</w:t>
      </w:r>
    </w:p>
    <w:bookmarkEnd w:id="0"/>
    <w:p w14:paraId="39CC6B28" w14:textId="77777777" w:rsidR="00AD35FD" w:rsidRDefault="00AD35FD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D35FD" w14:paraId="5D5D5660" w14:textId="77777777">
        <w:trPr>
          <w:cantSplit/>
        </w:trPr>
        <w:tc>
          <w:tcPr>
            <w:tcW w:w="9636" w:type="dxa"/>
            <w:shd w:val="clear" w:color="auto" w:fill="F4F4F4"/>
          </w:tcPr>
          <w:p w14:paraId="7237AFBA" w14:textId="77777777" w:rsidR="00AD35FD" w:rsidRDefault="0064612C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D35FD" w:rsidRPr="007050CD" w14:paraId="6E6DD37F" w14:textId="77777777">
        <w:trPr>
          <w:cantSplit/>
          <w:trHeight w:val="510"/>
        </w:trPr>
        <w:tc>
          <w:tcPr>
            <w:tcW w:w="9636" w:type="dxa"/>
          </w:tcPr>
          <w:p w14:paraId="29E26C9F" w14:textId="77777777" w:rsidR="00AD35FD" w:rsidRPr="007050CD" w:rsidRDefault="00AD35FD" w:rsidP="007050CD">
            <w:pPr>
              <w:keepNext/>
              <w:rPr>
                <w:lang w:val="fr-FR"/>
              </w:rPr>
            </w:pPr>
          </w:p>
        </w:tc>
      </w:tr>
      <w:tr w:rsidR="00AD35FD" w:rsidRPr="007050CD" w14:paraId="6859A31D" w14:textId="77777777">
        <w:trPr>
          <w:cantSplit/>
        </w:trPr>
        <w:tc>
          <w:tcPr>
            <w:tcW w:w="9636" w:type="dxa"/>
            <w:shd w:val="clear" w:color="auto" w:fill="F4F4F4"/>
          </w:tcPr>
          <w:p w14:paraId="065790C6" w14:textId="169ECA0F" w:rsidR="00AD35FD" w:rsidRPr="005E6036" w:rsidRDefault="0064612C">
            <w:pPr>
              <w:spacing w:line="228" w:lineRule="auto"/>
            </w:pPr>
            <w:proofErr w:type="spellStart"/>
            <w:r w:rsidRPr="005E6036">
              <w:t>Cererea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va</w:t>
            </w:r>
            <w:proofErr w:type="spellEnd"/>
            <w:r w:rsidRPr="005E6036">
              <w:t xml:space="preserve"> fi</w:t>
            </w:r>
            <w:r w:rsidR="007050CD" w:rsidRPr="005E6036">
              <w:t xml:space="preserve"> </w:t>
            </w:r>
            <w:proofErr w:type="spellStart"/>
            <w:r w:rsidR="007050CD" w:rsidRPr="005E6036">
              <w:t>adresată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către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președintele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consiliului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județean</w:t>
            </w:r>
            <w:proofErr w:type="spellEnd"/>
            <w:r w:rsidRPr="005E6036">
              <w:t xml:space="preserve">,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general,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de sector </w:t>
            </w:r>
            <w:proofErr w:type="spellStart"/>
            <w:r w:rsidRPr="005E6036">
              <w:t>sau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municipiului</w:t>
            </w:r>
            <w:proofErr w:type="spellEnd"/>
            <w:r w:rsidRPr="005E6036">
              <w:t xml:space="preserve"> / </w:t>
            </w:r>
            <w:proofErr w:type="spellStart"/>
            <w:r w:rsidRPr="005E6036">
              <w:t>orașului</w:t>
            </w:r>
            <w:proofErr w:type="spellEnd"/>
            <w:r w:rsidRPr="005E6036">
              <w:t xml:space="preserve"> / </w:t>
            </w:r>
            <w:proofErr w:type="spellStart"/>
            <w:r w:rsidRPr="005E6036">
              <w:t>comunei</w:t>
            </w:r>
            <w:proofErr w:type="spellEnd"/>
            <w:r w:rsidRPr="005E6036">
              <w:t xml:space="preserve">, </w:t>
            </w:r>
            <w:proofErr w:type="spellStart"/>
            <w:r w:rsidRPr="005E6036">
              <w:t>după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caz</w:t>
            </w:r>
            <w:proofErr w:type="spellEnd"/>
            <w:r w:rsidRPr="005E6036">
              <w:t>.</w:t>
            </w:r>
          </w:p>
        </w:tc>
      </w:tr>
    </w:tbl>
    <w:p w14:paraId="51D38FA9" w14:textId="77777777" w:rsidR="00AD35FD" w:rsidRPr="005E6036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D35FD" w14:paraId="46CB876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3B3776" w14:textId="77777777" w:rsidR="00AD35FD" w:rsidRDefault="0064612C">
            <w:pPr>
              <w:keepNext/>
            </w:pPr>
            <w:r w:rsidRPr="005E6036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D35FD" w14:paraId="32169DFD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09156218" w14:textId="77777777" w:rsidR="00AD35FD" w:rsidRDefault="0064612C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1460DBA2" w14:textId="77777777" w:rsidR="00AD35FD" w:rsidRDefault="00AD35FD">
            <w:pPr>
              <w:keepNext/>
            </w:pPr>
          </w:p>
        </w:tc>
        <w:tc>
          <w:tcPr>
            <w:tcW w:w="4015" w:type="dxa"/>
            <w:gridSpan w:val="3"/>
          </w:tcPr>
          <w:p w14:paraId="62D69012" w14:textId="77777777" w:rsidR="00AD35FD" w:rsidRDefault="0064612C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5C61E18C" w14:textId="77777777" w:rsidR="00AD35FD" w:rsidRDefault="00AD35FD">
            <w:pPr>
              <w:keepNext/>
            </w:pPr>
          </w:p>
        </w:tc>
      </w:tr>
      <w:tr w:rsidR="00AD35FD" w14:paraId="2BC6EF7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8B7BC7E" w14:textId="77777777" w:rsidR="00AD35FD" w:rsidRDefault="0064612C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D35FD" w14:paraId="1EDA1342" w14:textId="77777777">
        <w:trPr>
          <w:cantSplit/>
          <w:trHeight w:val="510"/>
        </w:trPr>
        <w:tc>
          <w:tcPr>
            <w:tcW w:w="1606" w:type="dxa"/>
          </w:tcPr>
          <w:p w14:paraId="09DE4D5B" w14:textId="77777777" w:rsidR="00AD35FD" w:rsidRDefault="0064612C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04A3F5A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2B6D2861" w14:textId="77777777" w:rsidR="00AD35FD" w:rsidRDefault="0064612C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5B2CC0F" w14:textId="77777777" w:rsidR="00AD35FD" w:rsidRDefault="00AD35FD">
            <w:pPr>
              <w:keepNext/>
            </w:pPr>
          </w:p>
        </w:tc>
        <w:tc>
          <w:tcPr>
            <w:tcW w:w="4818" w:type="dxa"/>
            <w:gridSpan w:val="5"/>
          </w:tcPr>
          <w:p w14:paraId="074B257B" w14:textId="77777777" w:rsidR="00AD35FD" w:rsidRDefault="0064612C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68E9A4D7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6665BF0B" w14:textId="77777777" w:rsidR="00AD35FD" w:rsidRDefault="0064612C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85EFB42" w14:textId="77777777" w:rsidR="00AD35FD" w:rsidRDefault="00AD35FD">
            <w:pPr>
              <w:keepNext/>
            </w:pPr>
          </w:p>
        </w:tc>
      </w:tr>
      <w:tr w:rsidR="00AD35FD" w14:paraId="32CEFBE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F217D41" w14:textId="77777777" w:rsidR="00AD35FD" w:rsidRDefault="0064612C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D35FD" w14:paraId="5155AE8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49A1DBB3" w14:textId="77777777" w:rsidR="00AD35FD" w:rsidRDefault="0064612C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176509F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4"/>
          </w:tcPr>
          <w:p w14:paraId="12FFC180" w14:textId="77777777" w:rsidR="00AD35FD" w:rsidRDefault="0064612C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78AF07E4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6DCE9F1A" w14:textId="77777777" w:rsidR="00AD35FD" w:rsidRDefault="0064612C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2ABA8A3A" w14:textId="77777777" w:rsidR="00AD35FD" w:rsidRDefault="00AD35FD">
            <w:pPr>
              <w:keepNext/>
            </w:pPr>
          </w:p>
        </w:tc>
      </w:tr>
      <w:tr w:rsidR="00AD35FD" w14:paraId="40628C1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F167578" w14:textId="77777777" w:rsidR="00AD35FD" w:rsidRDefault="0064612C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BA56E68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1489889D" w14:textId="77777777" w:rsidR="00AD35FD" w:rsidRDefault="0064612C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B4ABA2F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7CD5A464" w14:textId="77777777" w:rsidR="00AD35FD" w:rsidRDefault="0064612C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B109255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35CA800D" w14:textId="77777777" w:rsidR="00AD35FD" w:rsidRDefault="0064612C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49F3CE7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5BF03D03" w14:textId="77777777" w:rsidR="00AD35FD" w:rsidRDefault="0064612C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A6186CA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7A7CC008" w14:textId="77777777" w:rsidR="00AD35FD" w:rsidRDefault="0064612C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EDFEC25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0F72F706" w14:textId="77777777" w:rsidR="00AD35FD" w:rsidRDefault="0064612C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487B61C5" w14:textId="77777777" w:rsidR="00AD35FD" w:rsidRDefault="00AD35FD">
            <w:pPr>
              <w:keepNext/>
            </w:pPr>
          </w:p>
        </w:tc>
      </w:tr>
      <w:tr w:rsidR="00AD35FD" w14:paraId="025BF65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FA46FA6" w14:textId="77777777" w:rsidR="00AD35FD" w:rsidRDefault="0064612C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D35FD" w14:paraId="3F62D54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D073D6E" w14:textId="77777777" w:rsidR="00AD35FD" w:rsidRDefault="0064612C">
            <w:r>
              <w:rPr>
                <w:b/>
                <w:color w:val="0D5F78"/>
              </w:rPr>
              <w:t>Telefon / fax</w:t>
            </w:r>
          </w:p>
          <w:p w14:paraId="39CC712B" w14:textId="77777777" w:rsidR="00AD35FD" w:rsidRDefault="00AD35FD"/>
        </w:tc>
        <w:tc>
          <w:tcPr>
            <w:tcW w:w="5621" w:type="dxa"/>
            <w:gridSpan w:val="5"/>
          </w:tcPr>
          <w:p w14:paraId="731E3EAF" w14:textId="77777777" w:rsidR="00AD35FD" w:rsidRDefault="0064612C">
            <w:r>
              <w:rPr>
                <w:b/>
                <w:color w:val="0D5F78"/>
              </w:rPr>
              <w:t>E-mail</w:t>
            </w:r>
          </w:p>
          <w:p w14:paraId="6A57A506" w14:textId="77777777" w:rsidR="00AD35FD" w:rsidRDefault="00AD35FD"/>
        </w:tc>
      </w:tr>
    </w:tbl>
    <w:p w14:paraId="4D9D1FE5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D35FD" w:rsidRPr="005E6036" w14:paraId="0CCD3AD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FDD6DE2" w14:textId="77777777" w:rsidR="00AD35FD" w:rsidRPr="007050CD" w:rsidRDefault="0064612C">
            <w:pPr>
              <w:keepNext/>
              <w:rPr>
                <w:lang w:val="fr-FR"/>
              </w:rPr>
            </w:pPr>
            <w:r w:rsidRPr="007050CD">
              <w:rPr>
                <w:b/>
                <w:sz w:val="16"/>
                <w:lang w:val="fr-FR"/>
              </w:rPr>
              <w:t xml:space="preserve"> 3. </w:t>
            </w:r>
            <w:r w:rsidRPr="007050CD">
              <w:rPr>
                <w:b/>
                <w:color w:val="000000"/>
                <w:sz w:val="18"/>
                <w:lang w:val="fr-FR"/>
              </w:rPr>
              <w:t xml:space="preserve">TITULAR AL AUTORIZAȚIEI DE </w:t>
            </w:r>
            <w:r w:rsidRPr="007050CD">
              <w:rPr>
                <w:b/>
                <w:color w:val="000000"/>
                <w:sz w:val="18"/>
                <w:lang w:val="fr-FR"/>
              </w:rPr>
              <w:t>CONSTRUIRE / DESFIINȚARE</w:t>
            </w:r>
          </w:p>
        </w:tc>
      </w:tr>
      <w:tr w:rsidR="00AD35FD" w14:paraId="587E3C10" w14:textId="77777777">
        <w:trPr>
          <w:cantSplit/>
          <w:trHeight w:val="510"/>
        </w:trPr>
        <w:tc>
          <w:tcPr>
            <w:tcW w:w="1606" w:type="dxa"/>
          </w:tcPr>
          <w:p w14:paraId="38570560" w14:textId="77777777" w:rsidR="00AD35FD" w:rsidRDefault="0064612C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D760159" w14:textId="77777777" w:rsidR="00AD35FD" w:rsidRDefault="00AD35FD">
            <w:pPr>
              <w:keepNext/>
            </w:pPr>
          </w:p>
        </w:tc>
        <w:tc>
          <w:tcPr>
            <w:tcW w:w="2409" w:type="dxa"/>
          </w:tcPr>
          <w:p w14:paraId="331EAC7E" w14:textId="77777777" w:rsidR="00AD35FD" w:rsidRDefault="0064612C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3ACC2CAC" w14:textId="77777777" w:rsidR="00AD35FD" w:rsidRDefault="00AD35FD">
            <w:pPr>
              <w:keepNext/>
            </w:pPr>
          </w:p>
        </w:tc>
        <w:tc>
          <w:tcPr>
            <w:tcW w:w="5621" w:type="dxa"/>
          </w:tcPr>
          <w:p w14:paraId="45DAA697" w14:textId="77777777" w:rsidR="00AD35FD" w:rsidRDefault="0064612C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14:paraId="7035BC1B" w14:textId="77777777" w:rsidR="00AD35FD" w:rsidRDefault="00AD35FD">
            <w:pPr>
              <w:keepNext/>
            </w:pPr>
          </w:p>
        </w:tc>
      </w:tr>
      <w:tr w:rsidR="00AD35FD" w14:paraId="24AC54C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DD30D26" w14:textId="77777777" w:rsidR="00AD35FD" w:rsidRDefault="0064612C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D35FD" w:rsidRPr="005E6036" w14:paraId="14CEAA34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023C43F6" w14:textId="77777777" w:rsidR="00AD35FD" w:rsidRPr="007050CD" w:rsidRDefault="0064612C">
            <w:pPr>
              <w:keepNext/>
              <w:rPr>
                <w:lang w:val="fr-FR"/>
              </w:rPr>
            </w:pPr>
            <w:proofErr w:type="spellStart"/>
            <w:r w:rsidRPr="007050CD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și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din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14:paraId="5D07F1A8" w14:textId="77777777" w:rsidR="00AD35FD" w:rsidRPr="007050CD" w:rsidRDefault="00AD35FD">
            <w:pPr>
              <w:keepNext/>
              <w:rPr>
                <w:lang w:val="fr-FR"/>
              </w:rPr>
            </w:pPr>
          </w:p>
        </w:tc>
      </w:tr>
      <w:tr w:rsidR="00AD35FD" w14:paraId="0BCFAFD1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7645425" w14:textId="77777777" w:rsidR="00AD35FD" w:rsidRDefault="0064612C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14:paraId="3EFD05AE" w14:textId="77777777" w:rsidR="00AD35FD" w:rsidRDefault="00AD35FD"/>
        </w:tc>
      </w:tr>
    </w:tbl>
    <w:p w14:paraId="6F25DA33" w14:textId="48CBC554" w:rsidR="00AD35FD" w:rsidRPr="005E6036" w:rsidRDefault="0064612C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ADUC LA CUNOȘTINȚĂ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D35FD" w14:paraId="43F9191F" w14:textId="77777777">
        <w:trPr>
          <w:cantSplit/>
          <w:trHeight w:val="510"/>
        </w:trPr>
        <w:tc>
          <w:tcPr>
            <w:tcW w:w="2409" w:type="dxa"/>
          </w:tcPr>
          <w:p w14:paraId="1A30CAD2" w14:textId="77777777" w:rsidR="00AD35FD" w:rsidRDefault="0064612C">
            <w:r>
              <w:rPr>
                <w:b/>
                <w:color w:val="0D5F78"/>
              </w:rPr>
              <w:t>Că la data de</w:t>
            </w:r>
          </w:p>
          <w:p w14:paraId="5CE18A2B" w14:textId="77777777" w:rsidR="00AD35FD" w:rsidRDefault="00AD35FD"/>
        </w:tc>
        <w:tc>
          <w:tcPr>
            <w:tcW w:w="1606" w:type="dxa"/>
          </w:tcPr>
          <w:p w14:paraId="537E7015" w14:textId="77777777" w:rsidR="00AD35FD" w:rsidRDefault="0064612C">
            <w:r>
              <w:rPr>
                <w:b/>
                <w:color w:val="0D5F78"/>
              </w:rPr>
              <w:t>ora</w:t>
            </w:r>
          </w:p>
          <w:p w14:paraId="349EB503" w14:textId="77777777" w:rsidR="00AD35FD" w:rsidRDefault="00AD35FD"/>
        </w:tc>
        <w:tc>
          <w:tcPr>
            <w:tcW w:w="5621" w:type="dxa"/>
          </w:tcPr>
          <w:p w14:paraId="479316B2" w14:textId="77777777" w:rsidR="00AD35FD" w:rsidRPr="007050CD" w:rsidRDefault="0064612C">
            <w:pPr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 xml:space="preserve">au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fost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finalizate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70DA8600" w14:textId="77777777" w:rsidR="00AD35FD" w:rsidRDefault="0064612C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jos</w:t>
            </w:r>
          </w:p>
          <w:p w14:paraId="0A5397F4" w14:textId="77777777" w:rsidR="00AD35FD" w:rsidRDefault="00AD35FD"/>
        </w:tc>
      </w:tr>
    </w:tbl>
    <w:p w14:paraId="46459DEB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D35FD" w14:paraId="503B36F7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7C80A2C" w14:textId="77777777" w:rsidR="00AD35FD" w:rsidRDefault="0064612C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D35FD" w14:paraId="6246E343" w14:textId="77777777">
        <w:trPr>
          <w:cantSplit/>
        </w:trPr>
        <w:tc>
          <w:tcPr>
            <w:tcW w:w="9636" w:type="dxa"/>
            <w:gridSpan w:val="6"/>
          </w:tcPr>
          <w:p w14:paraId="0AB87AAD" w14:textId="77777777" w:rsidR="00AD35FD" w:rsidRDefault="0064612C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D35FD" w14:paraId="53BDC58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48965D1" w14:textId="77777777" w:rsidR="00AD35FD" w:rsidRDefault="0064612C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3613F305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365ED677" w14:textId="77777777" w:rsidR="00AD35FD" w:rsidRDefault="0064612C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6F56704A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621EB7A6" w14:textId="77777777" w:rsidR="00AD35FD" w:rsidRDefault="0064612C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4F784361" w14:textId="77777777" w:rsidR="00AD35FD" w:rsidRDefault="00AD35FD">
            <w:pPr>
              <w:keepNext/>
            </w:pPr>
          </w:p>
        </w:tc>
      </w:tr>
      <w:tr w:rsidR="00AD35FD" w14:paraId="2BC39562" w14:textId="77777777">
        <w:trPr>
          <w:cantSplit/>
          <w:trHeight w:val="510"/>
        </w:trPr>
        <w:tc>
          <w:tcPr>
            <w:tcW w:w="1606" w:type="dxa"/>
          </w:tcPr>
          <w:p w14:paraId="32502F27" w14:textId="77777777" w:rsidR="00AD35FD" w:rsidRDefault="0064612C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492DB3D9" w14:textId="77777777" w:rsidR="00AD35FD" w:rsidRDefault="00AD35FD">
            <w:pPr>
              <w:keepNext/>
            </w:pPr>
          </w:p>
        </w:tc>
        <w:tc>
          <w:tcPr>
            <w:tcW w:w="4818" w:type="dxa"/>
            <w:gridSpan w:val="3"/>
          </w:tcPr>
          <w:p w14:paraId="79596D03" w14:textId="77777777" w:rsidR="00AD35FD" w:rsidRDefault="0064612C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6B7FC7B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0B5DE636" w14:textId="77777777" w:rsidR="00AD35FD" w:rsidRDefault="0064612C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C554BE8" w14:textId="77777777" w:rsidR="00AD35FD" w:rsidRDefault="00AD35FD">
            <w:pPr>
              <w:keepNext/>
            </w:pPr>
          </w:p>
        </w:tc>
        <w:tc>
          <w:tcPr>
            <w:tcW w:w="2409" w:type="dxa"/>
          </w:tcPr>
          <w:p w14:paraId="5F4DD626" w14:textId="77777777" w:rsidR="00AD35FD" w:rsidRDefault="0064612C">
            <w:pPr>
              <w:keepNext/>
            </w:pPr>
            <w:r>
              <w:rPr>
                <w:b/>
                <w:color w:val="0D5F78"/>
              </w:rPr>
              <w:t xml:space="preserve">Bl. </w:t>
            </w:r>
            <w:r>
              <w:rPr>
                <w:b/>
                <w:color w:val="0D5F78"/>
              </w:rPr>
              <w:t>/ sc. / et. / ap.</w:t>
            </w:r>
          </w:p>
          <w:p w14:paraId="481D6BF6" w14:textId="77777777" w:rsidR="00AD35FD" w:rsidRDefault="00AD35FD">
            <w:pPr>
              <w:keepNext/>
            </w:pPr>
          </w:p>
        </w:tc>
      </w:tr>
      <w:tr w:rsidR="00AD35FD" w14:paraId="45E2EB9D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946A25A" w14:textId="77777777" w:rsidR="00AD35FD" w:rsidRPr="007050CD" w:rsidRDefault="0064612C">
            <w:pPr>
              <w:keepNext/>
              <w:rPr>
                <w:lang w:val="fr-FR"/>
              </w:rPr>
            </w:pPr>
            <w:proofErr w:type="spellStart"/>
            <w:r w:rsidRPr="007050CD">
              <w:rPr>
                <w:b/>
                <w:color w:val="0D5F78"/>
                <w:lang w:val="fr-FR"/>
              </w:rPr>
              <w:t>Număr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cadastral</w:t>
            </w:r>
          </w:p>
          <w:p w14:paraId="75CF10B0" w14:textId="77777777" w:rsidR="00AD35FD" w:rsidRPr="007050CD" w:rsidRDefault="0064612C">
            <w:pPr>
              <w:keepNext/>
              <w:rPr>
                <w:lang w:val="fr-FR"/>
              </w:rPr>
            </w:pPr>
            <w:proofErr w:type="spellStart"/>
            <w:r w:rsidRPr="007050CD">
              <w:rPr>
                <w:i/>
                <w:color w:val="7A7A7A"/>
                <w:lang w:val="fr-FR"/>
              </w:rPr>
              <w:t>dacă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în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e-Terra</w:t>
            </w:r>
          </w:p>
          <w:p w14:paraId="23C02068" w14:textId="77777777" w:rsidR="00AD35FD" w:rsidRPr="007050CD" w:rsidRDefault="00AD35FD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1CA801FC" w14:textId="77777777" w:rsidR="00AD35FD" w:rsidRDefault="0064612C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</w:t>
            </w:r>
          </w:p>
          <w:p w14:paraId="7460EFF8" w14:textId="77777777" w:rsidR="00AD35FD" w:rsidRDefault="00AD35FD">
            <w:pPr>
              <w:keepNext/>
            </w:pPr>
          </w:p>
        </w:tc>
      </w:tr>
    </w:tbl>
    <w:p w14:paraId="4310081F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7227"/>
        <w:gridCol w:w="2409"/>
      </w:tblGrid>
      <w:tr w:rsidR="00AD35FD" w14:paraId="00876DD1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91472DD" w14:textId="77777777" w:rsidR="00AD35FD" w:rsidRDefault="0064612C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CONVOCAREA COMISIEI DE RECEPȚIE</w:t>
            </w:r>
          </w:p>
        </w:tc>
      </w:tr>
      <w:tr w:rsidR="00AD35FD" w14:paraId="1EE75B4F" w14:textId="77777777">
        <w:trPr>
          <w:cantSplit/>
          <w:trHeight w:val="510"/>
        </w:trPr>
        <w:tc>
          <w:tcPr>
            <w:tcW w:w="7227" w:type="dxa"/>
          </w:tcPr>
          <w:p w14:paraId="668CA31F" w14:textId="77777777" w:rsidR="00AD35FD" w:rsidRPr="007050CD" w:rsidRDefault="0064612C">
            <w:pPr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 xml:space="preserve">Se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convoacă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comisia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recepție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terminarea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lucrărilor</w:t>
            </w:r>
            <w:proofErr w:type="spellEnd"/>
            <w:r w:rsidRPr="007050CD">
              <w:rPr>
                <w:b/>
                <w:color w:val="0D5F78"/>
                <w:lang w:val="fr-FR"/>
              </w:rPr>
              <w:t>, la data</w:t>
            </w:r>
          </w:p>
          <w:p w14:paraId="3C5ABEF2" w14:textId="77777777" w:rsidR="00AD35FD" w:rsidRPr="007050CD" w:rsidRDefault="00AD35FD">
            <w:pPr>
              <w:rPr>
                <w:lang w:val="fr-FR"/>
              </w:rPr>
            </w:pPr>
          </w:p>
        </w:tc>
        <w:tc>
          <w:tcPr>
            <w:tcW w:w="2409" w:type="dxa"/>
          </w:tcPr>
          <w:p w14:paraId="005C1153" w14:textId="77777777" w:rsidR="00AD35FD" w:rsidRDefault="0064612C">
            <w:proofErr w:type="spellStart"/>
            <w:r>
              <w:rPr>
                <w:b/>
                <w:color w:val="0D5F78"/>
              </w:rPr>
              <w:t>ora</w:t>
            </w:r>
            <w:proofErr w:type="spellEnd"/>
          </w:p>
          <w:p w14:paraId="67115499" w14:textId="77777777" w:rsidR="00AD35FD" w:rsidRDefault="00AD35FD"/>
        </w:tc>
      </w:tr>
    </w:tbl>
    <w:p w14:paraId="2CA6B2E0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D35FD" w14:paraId="4DA3EAB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22918AA" w14:textId="77777777" w:rsidR="00AD35FD" w:rsidRDefault="0064612C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D35FD" w14:paraId="70E41EEA" w14:textId="77777777">
        <w:trPr>
          <w:cantSplit/>
          <w:trHeight w:val="510"/>
        </w:trPr>
        <w:tc>
          <w:tcPr>
            <w:tcW w:w="1606" w:type="dxa"/>
          </w:tcPr>
          <w:p w14:paraId="246FD708" w14:textId="77777777" w:rsidR="00AD35FD" w:rsidRDefault="0064612C">
            <w:r>
              <w:rPr>
                <w:b/>
                <w:color w:val="0D5F78"/>
              </w:rPr>
              <w:t>Data</w:t>
            </w:r>
          </w:p>
          <w:p w14:paraId="71990700" w14:textId="77777777" w:rsidR="00AD35FD" w:rsidRDefault="00AD35FD"/>
        </w:tc>
        <w:tc>
          <w:tcPr>
            <w:tcW w:w="4818" w:type="dxa"/>
          </w:tcPr>
          <w:p w14:paraId="16AE7494" w14:textId="77777777" w:rsidR="00AD35FD" w:rsidRDefault="0064612C">
            <w:r>
              <w:rPr>
                <w:b/>
                <w:color w:val="0D5F78"/>
              </w:rPr>
              <w:t>Titularul autorizației</w:t>
            </w:r>
          </w:p>
          <w:p w14:paraId="3DBB02B2" w14:textId="77777777" w:rsidR="00AD35FD" w:rsidRDefault="00AD35FD"/>
        </w:tc>
        <w:tc>
          <w:tcPr>
            <w:tcW w:w="3212" w:type="dxa"/>
          </w:tcPr>
          <w:p w14:paraId="4A633198" w14:textId="77777777" w:rsidR="00AD35FD" w:rsidRDefault="0064612C">
            <w:r>
              <w:rPr>
                <w:b/>
                <w:color w:val="0D5F78"/>
              </w:rPr>
              <w:t>Semnătura</w:t>
            </w:r>
          </w:p>
          <w:p w14:paraId="5A726045" w14:textId="77777777" w:rsidR="00AD35FD" w:rsidRDefault="00AD35FD"/>
        </w:tc>
      </w:tr>
    </w:tbl>
    <w:p w14:paraId="7A82EDC4" w14:textId="77777777" w:rsidR="00AD35FD" w:rsidRDefault="00AD35FD">
      <w:pPr>
        <w:spacing w:line="168" w:lineRule="auto"/>
      </w:pPr>
    </w:p>
    <w:sectPr w:rsidR="00AD35FD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A74F13" w14:textId="77777777" w:rsidR="0064612C" w:rsidRDefault="0064612C">
      <w:r>
        <w:separator/>
      </w:r>
    </w:p>
  </w:endnote>
  <w:endnote w:type="continuationSeparator" w:id="0">
    <w:p w14:paraId="32C76FDB" w14:textId="77777777" w:rsidR="0064612C" w:rsidRDefault="00646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6F1F6F" w14:textId="7C30F0FC" w:rsidR="00AD35FD" w:rsidRDefault="0064612C">
    <w:pPr>
      <w:pStyle w:val="Footer"/>
      <w:tabs>
        <w:tab w:val="right" w:pos="9639"/>
      </w:tabs>
    </w:pPr>
    <w:r>
      <w:rPr>
        <w:color w:val="595959"/>
      </w:rPr>
      <w:t>F_A_</w:t>
    </w:r>
    <w:r w:rsidR="005E6036">
      <w:rPr>
        <w:color w:val="595959"/>
      </w:rPr>
      <w:t>10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F9659D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F9659D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D92920" w14:textId="77777777" w:rsidR="0064612C" w:rsidRDefault="0064612C">
      <w:r>
        <w:separator/>
      </w:r>
    </w:p>
  </w:footnote>
  <w:footnote w:type="continuationSeparator" w:id="0">
    <w:p w14:paraId="74C3D754" w14:textId="77777777" w:rsidR="0064612C" w:rsidRDefault="006461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D6E6F"/>
    <w:rsid w:val="0029639D"/>
    <w:rsid w:val="00326F90"/>
    <w:rsid w:val="005E6036"/>
    <w:rsid w:val="0064612C"/>
    <w:rsid w:val="006C103E"/>
    <w:rsid w:val="007050CD"/>
    <w:rsid w:val="008E3393"/>
    <w:rsid w:val="00AA1D8D"/>
    <w:rsid w:val="00AD35FD"/>
    <w:rsid w:val="00B47730"/>
    <w:rsid w:val="00B769B5"/>
    <w:rsid w:val="00CB0664"/>
    <w:rsid w:val="00E61A6B"/>
    <w:rsid w:val="00F9659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E384F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F965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65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F965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65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56888D9-CC74-4CC3-A6DA-4B3CA179F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231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1573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HEMEIUS150</cp:lastModifiedBy>
  <cp:revision>2</cp:revision>
  <dcterms:created xsi:type="dcterms:W3CDTF">2013-12-23T23:15:00Z</dcterms:created>
  <dcterms:modified xsi:type="dcterms:W3CDTF">2026-09-02T06:42:00Z</dcterms:modified>
  <cp:category/>
</cp:coreProperties>
</file>