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872626" w14:paraId="49851F10" w14:textId="77777777" w:rsidTr="00171297">
        <w:trPr>
          <w:cantSplit/>
          <w:trHeight w:val="416"/>
        </w:trPr>
        <w:tc>
          <w:tcPr>
            <w:tcW w:w="1606" w:type="dxa"/>
            <w:vMerge w:val="restart"/>
            <w:vAlign w:val="center"/>
          </w:tcPr>
          <w:p w14:paraId="7686C80B" w14:textId="77777777" w:rsidR="00872626" w:rsidRDefault="00872626" w:rsidP="00171297">
            <w:pPr>
              <w:keepNext/>
              <w:jc w:val="center"/>
            </w:pPr>
            <w:r>
              <w:rPr>
                <w:noProof/>
                <w:lang w:val="ro-RO" w:eastAsia="ro-RO"/>
              </w:rPr>
              <w:drawing>
                <wp:inline distT="0" distB="0" distL="0" distR="0" wp14:anchorId="24AAFD40" wp14:editId="4EC244CF">
                  <wp:extent cx="762000" cy="94297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942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2BB5425C" w14:textId="77777777" w:rsidR="00872626" w:rsidRDefault="00872626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63BFA0B5" w14:textId="77777777" w:rsidR="00872626" w:rsidRDefault="00872626" w:rsidP="00171297">
            <w:pPr>
              <w:keepNext/>
            </w:pPr>
            <w:r w:rsidRPr="009B5D0B">
              <w:rPr>
                <w:b/>
              </w:rPr>
              <w:t>BACAU</w:t>
            </w:r>
          </w:p>
        </w:tc>
      </w:tr>
      <w:tr w:rsidR="00872626" w14:paraId="5627C5BA" w14:textId="77777777" w:rsidTr="00171297">
        <w:trPr>
          <w:cantSplit/>
          <w:trHeight w:val="414"/>
        </w:trPr>
        <w:tc>
          <w:tcPr>
            <w:tcW w:w="1606" w:type="dxa"/>
            <w:vMerge/>
          </w:tcPr>
          <w:p w14:paraId="13058474" w14:textId="77777777" w:rsidR="00872626" w:rsidRDefault="00872626" w:rsidP="00171297"/>
        </w:tc>
        <w:tc>
          <w:tcPr>
            <w:tcW w:w="8030" w:type="dxa"/>
            <w:gridSpan w:val="3"/>
          </w:tcPr>
          <w:p w14:paraId="55B70F3C" w14:textId="77777777" w:rsidR="00872626" w:rsidRDefault="00872626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6AD05A5E" w14:textId="77777777" w:rsidR="00872626" w:rsidRDefault="00872626" w:rsidP="00171297">
            <w:pPr>
              <w:keepNext/>
            </w:pPr>
            <w:r w:rsidRPr="009B5D0B">
              <w:rPr>
                <w:b/>
              </w:rPr>
              <w:t>COMUNA HEMEIUS</w:t>
            </w:r>
          </w:p>
        </w:tc>
      </w:tr>
      <w:tr w:rsidR="00872626" w14:paraId="080AA5CE" w14:textId="77777777" w:rsidTr="00171297">
        <w:trPr>
          <w:cantSplit/>
          <w:trHeight w:val="510"/>
        </w:trPr>
        <w:tc>
          <w:tcPr>
            <w:tcW w:w="1606" w:type="dxa"/>
            <w:vMerge/>
          </w:tcPr>
          <w:p w14:paraId="4ED95AE5" w14:textId="77777777" w:rsidR="00872626" w:rsidRDefault="00872626" w:rsidP="00171297"/>
        </w:tc>
        <w:tc>
          <w:tcPr>
            <w:tcW w:w="2409" w:type="dxa"/>
          </w:tcPr>
          <w:p w14:paraId="0380D35E" w14:textId="77777777" w:rsidR="00872626" w:rsidRPr="00EC4C89" w:rsidRDefault="00872626" w:rsidP="00171297">
            <w:pPr>
              <w:keepNext/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EC4C89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EC4C89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EC4C89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C4C89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C4C89">
              <w:rPr>
                <w:b/>
                <w:color w:val="0D5F78"/>
                <w:lang w:val="fr-FR"/>
              </w:rPr>
              <w:t xml:space="preserve"> (CIF)</w:t>
            </w:r>
          </w:p>
          <w:p w14:paraId="00397E44" w14:textId="77777777" w:rsidR="00872626" w:rsidRPr="00EC4C89" w:rsidRDefault="00872626" w:rsidP="00171297">
            <w:pPr>
              <w:keepNext/>
              <w:rPr>
                <w:lang w:val="fr-FR"/>
              </w:rPr>
            </w:pPr>
            <w:r w:rsidRPr="009B5D0B">
              <w:rPr>
                <w:b/>
                <w:lang w:val="fr-FR"/>
              </w:rPr>
              <w:t>4352832</w:t>
            </w:r>
          </w:p>
        </w:tc>
        <w:tc>
          <w:tcPr>
            <w:tcW w:w="5621" w:type="dxa"/>
            <w:gridSpan w:val="2"/>
          </w:tcPr>
          <w:p w14:paraId="38ADA443" w14:textId="77777777" w:rsidR="00872626" w:rsidRDefault="00872626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78836299" w14:textId="77777777" w:rsidR="00872626" w:rsidRDefault="00872626" w:rsidP="00171297">
            <w:pPr>
              <w:keepNext/>
              <w:rPr>
                <w:b/>
              </w:rPr>
            </w:pPr>
            <w:r w:rsidRPr="009B5D0B">
              <w:rPr>
                <w:b/>
              </w:rPr>
              <w:t xml:space="preserve">Str. Ion </w:t>
            </w:r>
            <w:proofErr w:type="spellStart"/>
            <w:r w:rsidRPr="009B5D0B">
              <w:rPr>
                <w:b/>
              </w:rPr>
              <w:t>Simionescu</w:t>
            </w:r>
            <w:proofErr w:type="spellEnd"/>
            <w:r w:rsidRPr="009B5D0B">
              <w:rPr>
                <w:b/>
              </w:rPr>
              <w:t xml:space="preserve"> </w:t>
            </w:r>
            <w:proofErr w:type="spellStart"/>
            <w:r w:rsidRPr="009B5D0B">
              <w:rPr>
                <w:b/>
              </w:rPr>
              <w:t>nr</w:t>
            </w:r>
            <w:proofErr w:type="spellEnd"/>
            <w:r w:rsidRPr="009B5D0B">
              <w:rPr>
                <w:b/>
              </w:rPr>
              <w:t xml:space="preserve">. 221, </w:t>
            </w:r>
            <w:proofErr w:type="spellStart"/>
            <w:r>
              <w:rPr>
                <w:b/>
              </w:rPr>
              <w:t>Hemeius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jud</w:t>
            </w:r>
            <w:proofErr w:type="spellEnd"/>
            <w:r>
              <w:rPr>
                <w:b/>
              </w:rPr>
              <w:t>. Bacau,</w:t>
            </w:r>
          </w:p>
          <w:p w14:paraId="636A8203" w14:textId="77777777" w:rsidR="00872626" w:rsidRDefault="00872626" w:rsidP="00171297">
            <w:pPr>
              <w:keepNext/>
            </w:pPr>
            <w:r w:rsidRPr="009B5D0B">
              <w:rPr>
                <w:b/>
              </w:rPr>
              <w:t>tel.:0234/217510, fax: 0234/217675; E-mail :contact@primariahemeius.ro</w:t>
            </w:r>
          </w:p>
        </w:tc>
      </w:tr>
      <w:tr w:rsidR="00872626" w14:paraId="5986D51F" w14:textId="77777777" w:rsidTr="00171297">
        <w:trPr>
          <w:cantSplit/>
          <w:trHeight w:val="455"/>
        </w:trPr>
        <w:tc>
          <w:tcPr>
            <w:tcW w:w="1606" w:type="dxa"/>
            <w:vMerge/>
          </w:tcPr>
          <w:p w14:paraId="1B8774DA" w14:textId="77777777" w:rsidR="00872626" w:rsidRDefault="00872626" w:rsidP="00171297"/>
        </w:tc>
        <w:tc>
          <w:tcPr>
            <w:tcW w:w="4818" w:type="dxa"/>
            <w:gridSpan w:val="2"/>
          </w:tcPr>
          <w:p w14:paraId="369A9EB2" w14:textId="77777777" w:rsidR="00872626" w:rsidRDefault="00872626" w:rsidP="00171297"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 xml:space="preserve">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64C6E1C9" w14:textId="77777777" w:rsidR="00872626" w:rsidRDefault="00872626" w:rsidP="00171297"/>
        </w:tc>
        <w:tc>
          <w:tcPr>
            <w:tcW w:w="3212" w:type="dxa"/>
          </w:tcPr>
          <w:p w14:paraId="3CD0D507" w14:textId="77777777" w:rsidR="00872626" w:rsidRDefault="00872626" w:rsidP="00171297">
            <w:r>
              <w:rPr>
                <w:b/>
                <w:color w:val="0D5F78"/>
              </w:rPr>
              <w:t>Data</w:t>
            </w:r>
          </w:p>
          <w:p w14:paraId="328954CC" w14:textId="77777777" w:rsidR="00872626" w:rsidRDefault="00872626" w:rsidP="00171297"/>
        </w:tc>
      </w:tr>
    </w:tbl>
    <w:p w14:paraId="3822D713" w14:textId="77777777" w:rsidR="0014338B" w:rsidRPr="00143D03" w:rsidRDefault="00385A10" w:rsidP="005C403B">
      <w:pPr>
        <w:spacing w:before="140" w:after="40"/>
        <w:jc w:val="center"/>
        <w:rPr>
          <w:sz w:val="28"/>
          <w:szCs w:val="28"/>
        </w:rPr>
      </w:pPr>
      <w:bookmarkStart w:id="0" w:name="_GoBack"/>
      <w:r w:rsidRPr="00143D03">
        <w:rPr>
          <w:b/>
          <w:sz w:val="28"/>
          <w:szCs w:val="28"/>
        </w:rPr>
        <w:t>ÎNȘTIINȚARE</w:t>
      </w:r>
    </w:p>
    <w:p w14:paraId="7475FDAB" w14:textId="032D3095" w:rsidR="00071E24" w:rsidRDefault="00385A10" w:rsidP="00071E24">
      <w:pPr>
        <w:spacing w:after="120"/>
        <w:jc w:val="center"/>
        <w:rPr>
          <w:sz w:val="19"/>
        </w:rPr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încheierea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execuției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</w:p>
    <w:bookmarkEnd w:id="0"/>
    <w:p w14:paraId="02C40D1C" w14:textId="77777777" w:rsidR="00071E24" w:rsidRDefault="00071E24" w:rsidP="005C403B">
      <w:pPr>
        <w:spacing w:after="120"/>
        <w:jc w:val="center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4338B" w14:paraId="33522B72" w14:textId="77777777">
        <w:trPr>
          <w:cantSplit/>
        </w:trPr>
        <w:tc>
          <w:tcPr>
            <w:tcW w:w="9636" w:type="dxa"/>
            <w:shd w:val="clear" w:color="auto" w:fill="F4F4F4"/>
          </w:tcPr>
          <w:p w14:paraId="4E01BA3A" w14:textId="77777777" w:rsidR="0014338B" w:rsidRDefault="00385A1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4338B" w:rsidRPr="00895605" w14:paraId="7F85BD73" w14:textId="77777777">
        <w:trPr>
          <w:cantSplit/>
          <w:trHeight w:val="510"/>
        </w:trPr>
        <w:tc>
          <w:tcPr>
            <w:tcW w:w="9636" w:type="dxa"/>
          </w:tcPr>
          <w:p w14:paraId="3D3D9B90" w14:textId="77777777" w:rsidR="0014338B" w:rsidRPr="00895605" w:rsidRDefault="0014338B" w:rsidP="00895605">
            <w:pPr>
              <w:keepNext/>
              <w:rPr>
                <w:lang w:val="fr-FR"/>
              </w:rPr>
            </w:pPr>
          </w:p>
        </w:tc>
      </w:tr>
      <w:tr w:rsidR="0014338B" w:rsidRPr="00895605" w14:paraId="4EAE8335" w14:textId="77777777">
        <w:trPr>
          <w:cantSplit/>
        </w:trPr>
        <w:tc>
          <w:tcPr>
            <w:tcW w:w="9636" w:type="dxa"/>
            <w:shd w:val="clear" w:color="auto" w:fill="F4F4F4"/>
          </w:tcPr>
          <w:p w14:paraId="48C1D253" w14:textId="3261A8BC" w:rsidR="0014338B" w:rsidRPr="00895605" w:rsidRDefault="00385A10">
            <w:pPr>
              <w:spacing w:line="228" w:lineRule="auto"/>
              <w:rPr>
                <w:lang w:val="fr-FR"/>
              </w:rPr>
            </w:pPr>
            <w:proofErr w:type="spellStart"/>
            <w:r w:rsidRPr="00895605">
              <w:rPr>
                <w:lang w:val="fr-FR"/>
              </w:rPr>
              <w:t>Cererea</w:t>
            </w:r>
            <w:proofErr w:type="spellEnd"/>
            <w:r w:rsidRPr="00895605">
              <w:rPr>
                <w:lang w:val="fr-FR"/>
              </w:rPr>
              <w:t xml:space="preserve"> va fi </w:t>
            </w:r>
            <w:proofErr w:type="spellStart"/>
            <w:r w:rsidR="00895605" w:rsidRPr="00895605">
              <w:rPr>
                <w:lang w:val="fr-FR"/>
              </w:rPr>
              <w:t>adresată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către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="00895605" w:rsidRPr="00895605">
              <w:rPr>
                <w:lang w:val="fr-FR"/>
              </w:rPr>
              <w:t>conducerea</w:t>
            </w:r>
            <w:proofErr w:type="spellEnd"/>
            <w:r w:rsidR="00895605" w:rsidRPr="00895605">
              <w:rPr>
                <w:lang w:val="fr-FR"/>
              </w:rPr>
              <w:t xml:space="preserve"> </w:t>
            </w:r>
            <w:proofErr w:type="spellStart"/>
            <w:r w:rsidR="00895605" w:rsidRPr="00895605">
              <w:rPr>
                <w:lang w:val="fr-FR"/>
              </w:rPr>
              <w:t>Inspectoratului</w:t>
            </w:r>
            <w:proofErr w:type="spellEnd"/>
            <w:r w:rsidR="00895605" w:rsidRPr="00895605">
              <w:rPr>
                <w:lang w:val="fr-FR"/>
              </w:rPr>
              <w:t xml:space="preserve"> </w:t>
            </w:r>
            <w:proofErr w:type="spellStart"/>
            <w:r w:rsidR="00895605">
              <w:rPr>
                <w:lang w:val="fr-FR"/>
              </w:rPr>
              <w:t>Teritorial</w:t>
            </w:r>
            <w:proofErr w:type="spellEnd"/>
            <w:r w:rsidR="00895605">
              <w:rPr>
                <w:lang w:val="fr-FR"/>
              </w:rPr>
              <w:t xml:space="preserve"> </w:t>
            </w:r>
            <w:proofErr w:type="spellStart"/>
            <w:r w:rsidR="00895605">
              <w:rPr>
                <w:lang w:val="fr-FR"/>
              </w:rPr>
              <w:t>în</w:t>
            </w:r>
            <w:proofErr w:type="spellEnd"/>
            <w:r w:rsidR="00895605">
              <w:rPr>
                <w:lang w:val="fr-FR"/>
              </w:rPr>
              <w:t xml:space="preserve"> </w:t>
            </w:r>
            <w:proofErr w:type="spellStart"/>
            <w:r w:rsidR="00895605">
              <w:rPr>
                <w:lang w:val="fr-FR"/>
              </w:rPr>
              <w:t>Construcții</w:t>
            </w:r>
            <w:proofErr w:type="spellEnd"/>
          </w:p>
        </w:tc>
      </w:tr>
    </w:tbl>
    <w:p w14:paraId="17EC65EB" w14:textId="77777777" w:rsidR="0014338B" w:rsidRPr="00895605" w:rsidRDefault="0014338B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4338B" w14:paraId="42C8622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30E9DCB" w14:textId="77777777" w:rsidR="0014338B" w:rsidRDefault="00385A10">
            <w:pPr>
              <w:keepNext/>
            </w:pPr>
            <w:r w:rsidRPr="0089560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4338B" w14:paraId="1AB9147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1C69E06A" w14:textId="77777777" w:rsidR="0014338B" w:rsidRDefault="00385A1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24D2F41D" w14:textId="77777777" w:rsidR="0014338B" w:rsidRDefault="0014338B">
            <w:pPr>
              <w:keepNext/>
            </w:pPr>
          </w:p>
        </w:tc>
        <w:tc>
          <w:tcPr>
            <w:tcW w:w="4015" w:type="dxa"/>
            <w:gridSpan w:val="3"/>
          </w:tcPr>
          <w:p w14:paraId="4BEBB974" w14:textId="77777777" w:rsidR="0014338B" w:rsidRDefault="00385A1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2D366478" w14:textId="77777777" w:rsidR="0014338B" w:rsidRDefault="0014338B">
            <w:pPr>
              <w:keepNext/>
            </w:pPr>
          </w:p>
        </w:tc>
      </w:tr>
      <w:tr w:rsidR="0014338B" w14:paraId="7C9A36A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9527D35" w14:textId="77777777" w:rsidR="0014338B" w:rsidRDefault="00385A1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14338B" w14:paraId="0F5DB260" w14:textId="77777777">
        <w:trPr>
          <w:cantSplit/>
          <w:trHeight w:val="510"/>
        </w:trPr>
        <w:tc>
          <w:tcPr>
            <w:tcW w:w="1606" w:type="dxa"/>
          </w:tcPr>
          <w:p w14:paraId="432F09FE" w14:textId="77777777" w:rsidR="0014338B" w:rsidRDefault="00385A1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E9F3BFF" w14:textId="77777777" w:rsidR="0014338B" w:rsidRDefault="0014338B">
            <w:pPr>
              <w:keepNext/>
            </w:pPr>
          </w:p>
        </w:tc>
        <w:tc>
          <w:tcPr>
            <w:tcW w:w="1606" w:type="dxa"/>
          </w:tcPr>
          <w:p w14:paraId="3DCDA6F7" w14:textId="77777777" w:rsidR="0014338B" w:rsidRDefault="00385A1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158B18FD" w14:textId="77777777" w:rsidR="0014338B" w:rsidRDefault="0014338B">
            <w:pPr>
              <w:keepNext/>
            </w:pPr>
          </w:p>
        </w:tc>
        <w:tc>
          <w:tcPr>
            <w:tcW w:w="4818" w:type="dxa"/>
            <w:gridSpan w:val="5"/>
          </w:tcPr>
          <w:p w14:paraId="144A71C9" w14:textId="77777777" w:rsidR="0014338B" w:rsidRDefault="00385A1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06FBF7A0" w14:textId="77777777" w:rsidR="0014338B" w:rsidRDefault="0014338B">
            <w:pPr>
              <w:keepNext/>
            </w:pPr>
          </w:p>
        </w:tc>
        <w:tc>
          <w:tcPr>
            <w:tcW w:w="1606" w:type="dxa"/>
          </w:tcPr>
          <w:p w14:paraId="0B57732B" w14:textId="77777777" w:rsidR="0014338B" w:rsidRDefault="00385A1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4E9FB62" w14:textId="77777777" w:rsidR="0014338B" w:rsidRDefault="0014338B">
            <w:pPr>
              <w:keepNext/>
            </w:pPr>
          </w:p>
        </w:tc>
      </w:tr>
      <w:tr w:rsidR="0014338B" w14:paraId="049D497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90C333" w14:textId="77777777" w:rsidR="0014338B" w:rsidRDefault="00385A1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14338B" w14:paraId="6673C957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117BD63" w14:textId="77777777" w:rsidR="0014338B" w:rsidRDefault="00385A1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6C93511" w14:textId="77777777" w:rsidR="0014338B" w:rsidRDefault="0014338B">
            <w:pPr>
              <w:keepNext/>
            </w:pPr>
          </w:p>
        </w:tc>
        <w:tc>
          <w:tcPr>
            <w:tcW w:w="3212" w:type="dxa"/>
            <w:gridSpan w:val="4"/>
          </w:tcPr>
          <w:p w14:paraId="10058633" w14:textId="77777777" w:rsidR="0014338B" w:rsidRDefault="00385A1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3EFA0EC5" w14:textId="77777777" w:rsidR="0014338B" w:rsidRDefault="0014338B">
            <w:pPr>
              <w:keepNext/>
            </w:pPr>
          </w:p>
        </w:tc>
        <w:tc>
          <w:tcPr>
            <w:tcW w:w="3212" w:type="dxa"/>
            <w:gridSpan w:val="2"/>
          </w:tcPr>
          <w:p w14:paraId="1A1576E8" w14:textId="77777777" w:rsidR="0014338B" w:rsidRDefault="00385A1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447F65DE" w14:textId="77777777" w:rsidR="0014338B" w:rsidRDefault="0014338B">
            <w:pPr>
              <w:keepNext/>
            </w:pPr>
          </w:p>
        </w:tc>
      </w:tr>
      <w:tr w:rsidR="0014338B" w14:paraId="6AC1D48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3000AB1" w14:textId="77777777" w:rsidR="0014338B" w:rsidRDefault="00385A1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3A6D3FC" w14:textId="77777777" w:rsidR="0014338B" w:rsidRDefault="0014338B">
            <w:pPr>
              <w:keepNext/>
            </w:pPr>
          </w:p>
        </w:tc>
        <w:tc>
          <w:tcPr>
            <w:tcW w:w="803" w:type="dxa"/>
          </w:tcPr>
          <w:p w14:paraId="221F406B" w14:textId="77777777" w:rsidR="0014338B" w:rsidRDefault="00385A1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3F7197F" w14:textId="77777777" w:rsidR="0014338B" w:rsidRDefault="0014338B">
            <w:pPr>
              <w:keepNext/>
            </w:pPr>
          </w:p>
        </w:tc>
        <w:tc>
          <w:tcPr>
            <w:tcW w:w="803" w:type="dxa"/>
          </w:tcPr>
          <w:p w14:paraId="5999E1B2" w14:textId="77777777" w:rsidR="0014338B" w:rsidRDefault="00385A1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F744B38" w14:textId="77777777" w:rsidR="0014338B" w:rsidRDefault="0014338B">
            <w:pPr>
              <w:keepNext/>
            </w:pPr>
          </w:p>
        </w:tc>
        <w:tc>
          <w:tcPr>
            <w:tcW w:w="803" w:type="dxa"/>
          </w:tcPr>
          <w:p w14:paraId="2B769037" w14:textId="77777777" w:rsidR="0014338B" w:rsidRDefault="00385A1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7E8764F8" w14:textId="77777777" w:rsidR="0014338B" w:rsidRDefault="0014338B">
            <w:pPr>
              <w:keepNext/>
            </w:pPr>
          </w:p>
        </w:tc>
        <w:tc>
          <w:tcPr>
            <w:tcW w:w="803" w:type="dxa"/>
          </w:tcPr>
          <w:p w14:paraId="2B3979E0" w14:textId="77777777" w:rsidR="0014338B" w:rsidRDefault="00385A1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70562E9" w14:textId="77777777" w:rsidR="0014338B" w:rsidRDefault="0014338B">
            <w:pPr>
              <w:keepNext/>
            </w:pPr>
          </w:p>
        </w:tc>
        <w:tc>
          <w:tcPr>
            <w:tcW w:w="1606" w:type="dxa"/>
          </w:tcPr>
          <w:p w14:paraId="04B06B00" w14:textId="77777777" w:rsidR="0014338B" w:rsidRDefault="00385A1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F05971E" w14:textId="77777777" w:rsidR="0014338B" w:rsidRDefault="0014338B">
            <w:pPr>
              <w:keepNext/>
            </w:pPr>
          </w:p>
        </w:tc>
        <w:tc>
          <w:tcPr>
            <w:tcW w:w="1606" w:type="dxa"/>
          </w:tcPr>
          <w:p w14:paraId="14835BFA" w14:textId="77777777" w:rsidR="0014338B" w:rsidRDefault="00385A10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0E6C45E3" w14:textId="77777777" w:rsidR="0014338B" w:rsidRDefault="0014338B">
            <w:pPr>
              <w:keepNext/>
            </w:pPr>
          </w:p>
        </w:tc>
      </w:tr>
      <w:tr w:rsidR="0014338B" w14:paraId="1EC65C2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904232E" w14:textId="77777777" w:rsidR="0014338B" w:rsidRDefault="00385A1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4338B" w14:paraId="6CD89B2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3AC9FFBD" w14:textId="77777777" w:rsidR="0014338B" w:rsidRDefault="00385A1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7264B8A5" w14:textId="77777777" w:rsidR="0014338B" w:rsidRDefault="0014338B"/>
        </w:tc>
        <w:tc>
          <w:tcPr>
            <w:tcW w:w="5621" w:type="dxa"/>
            <w:gridSpan w:val="5"/>
          </w:tcPr>
          <w:p w14:paraId="1D0C7A9E" w14:textId="77777777" w:rsidR="0014338B" w:rsidRDefault="00385A10">
            <w:r>
              <w:rPr>
                <w:b/>
                <w:color w:val="0D5F78"/>
              </w:rPr>
              <w:t>E-mail</w:t>
            </w:r>
          </w:p>
          <w:p w14:paraId="02C8CFCD" w14:textId="77777777" w:rsidR="0014338B" w:rsidRDefault="0014338B"/>
        </w:tc>
      </w:tr>
    </w:tbl>
    <w:p w14:paraId="4CC4088C" w14:textId="77777777" w:rsidR="0014338B" w:rsidRDefault="0014338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14338B" w:rsidRPr="00143D03" w14:paraId="741DAC4D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788BF40" w14:textId="77777777" w:rsidR="0014338B" w:rsidRPr="00895605" w:rsidRDefault="00385A10">
            <w:pPr>
              <w:keepNext/>
              <w:rPr>
                <w:lang w:val="fr-FR"/>
              </w:rPr>
            </w:pPr>
            <w:r w:rsidRPr="00895605">
              <w:rPr>
                <w:b/>
                <w:sz w:val="16"/>
                <w:lang w:val="fr-FR"/>
              </w:rPr>
              <w:t xml:space="preserve"> 3. </w:t>
            </w:r>
            <w:r w:rsidRPr="00895605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14338B" w14:paraId="5B174B53" w14:textId="77777777">
        <w:trPr>
          <w:cantSplit/>
          <w:trHeight w:val="510"/>
        </w:trPr>
        <w:tc>
          <w:tcPr>
            <w:tcW w:w="1606" w:type="dxa"/>
          </w:tcPr>
          <w:p w14:paraId="3167ECB3" w14:textId="77777777" w:rsidR="0014338B" w:rsidRDefault="00385A1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AF06A10" w14:textId="77777777" w:rsidR="0014338B" w:rsidRDefault="0014338B">
            <w:pPr>
              <w:keepNext/>
            </w:pPr>
          </w:p>
        </w:tc>
        <w:tc>
          <w:tcPr>
            <w:tcW w:w="2409" w:type="dxa"/>
          </w:tcPr>
          <w:p w14:paraId="7421DC40" w14:textId="77777777" w:rsidR="0014338B" w:rsidRDefault="00385A1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520B6794" w14:textId="77777777" w:rsidR="0014338B" w:rsidRDefault="0014338B">
            <w:pPr>
              <w:keepNext/>
            </w:pPr>
          </w:p>
        </w:tc>
        <w:tc>
          <w:tcPr>
            <w:tcW w:w="5621" w:type="dxa"/>
          </w:tcPr>
          <w:p w14:paraId="1A917B00" w14:textId="77777777" w:rsidR="0014338B" w:rsidRDefault="00385A10">
            <w:pPr>
              <w:keepNext/>
            </w:pPr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A28677F" w14:textId="77777777" w:rsidR="0014338B" w:rsidRDefault="0014338B">
            <w:pPr>
              <w:keepNext/>
            </w:pPr>
          </w:p>
        </w:tc>
      </w:tr>
      <w:tr w:rsidR="0014338B" w14:paraId="656D759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7B1A757" w14:textId="77777777" w:rsidR="0014338B" w:rsidRDefault="00385A1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emisă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executarea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desființarea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amenajărilor</w:t>
            </w:r>
            <w:proofErr w:type="spellEnd"/>
          </w:p>
        </w:tc>
      </w:tr>
      <w:tr w:rsidR="0014338B" w:rsidRPr="00143D03" w14:paraId="61981082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2D4D60C7" w14:textId="1D58D239" w:rsidR="00C25235" w:rsidRPr="00143D03" w:rsidRDefault="00385A10" w:rsidP="00C25235">
            <w:pPr>
              <w:keepNext/>
              <w:rPr>
                <w:b/>
                <w:color w:val="0D5F78"/>
                <w:lang w:val="fr-FR"/>
              </w:rPr>
            </w:pPr>
            <w:proofErr w:type="spellStart"/>
            <w:r w:rsidRPr="00895605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și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din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autorizație</w:t>
            </w:r>
            <w:proofErr w:type="spellEnd"/>
            <w:r w:rsidR="00C25235" w:rsidRPr="00143D03">
              <w:rPr>
                <w:b/>
                <w:color w:val="0D5F78"/>
                <w:lang w:val="fr-FR"/>
              </w:rPr>
              <w:t>:</w:t>
            </w:r>
          </w:p>
          <w:p w14:paraId="2333CCC8" w14:textId="6374BABA" w:rsidR="00C25235" w:rsidRPr="00C25235" w:rsidRDefault="00C25235" w:rsidP="00C25235">
            <w:pPr>
              <w:keepNext/>
              <w:rPr>
                <w:i/>
                <w:color w:val="7A7A7A"/>
                <w:lang w:val="ro-RO"/>
              </w:rPr>
            </w:pPr>
            <w:r>
              <w:rPr>
                <w:i/>
                <w:color w:val="7A7A7A"/>
                <w:lang w:val="fr-FR"/>
              </w:rPr>
              <w:t xml:space="preserve">Se </w:t>
            </w:r>
            <w:proofErr w:type="spellStart"/>
            <w:r>
              <w:rPr>
                <w:i/>
                <w:color w:val="7A7A7A"/>
                <w:lang w:val="fr-FR"/>
              </w:rPr>
              <w:t>noteaz</w:t>
            </w:r>
            <w:proofErr w:type="spellEnd"/>
            <w:r>
              <w:rPr>
                <w:i/>
                <w:color w:val="7A7A7A"/>
                <w:lang w:val="ro-RO"/>
              </w:rPr>
              <w:t>ă titlul din autorizația de construire</w:t>
            </w:r>
          </w:p>
          <w:p w14:paraId="077902E5" w14:textId="6A151C82" w:rsidR="00C25235" w:rsidRPr="00143D03" w:rsidRDefault="00C25235">
            <w:pPr>
              <w:keepNext/>
              <w:rPr>
                <w:i/>
                <w:color w:val="7A7A7A"/>
                <w:lang w:val="ro-RO"/>
              </w:rPr>
            </w:pPr>
            <w:r w:rsidRPr="00143D03">
              <w:rPr>
                <w:i/>
                <w:color w:val="7A7A7A"/>
                <w:lang w:val="ro-RO"/>
              </w:rPr>
              <w:t xml:space="preserve">În situația în care se închid mai multe autorizații, din cadrul aceluiași obiectiv, se vor specifica fiecare, în mod distinct. </w:t>
            </w:r>
          </w:p>
          <w:p w14:paraId="44CD27B3" w14:textId="77777777" w:rsidR="00C25235" w:rsidRPr="00143D03" w:rsidRDefault="00C25235" w:rsidP="00C25235">
            <w:pPr>
              <w:spacing w:after="120"/>
              <w:rPr>
                <w:sz w:val="19"/>
                <w:lang w:val="ro-RO"/>
              </w:rPr>
            </w:pPr>
            <w:r w:rsidRPr="00143D03">
              <w:rPr>
                <w:rFonts w:ascii="Segoe UI Symbol" w:hAnsi="Segoe UI Symbol" w:cs="Segoe UI Symbol"/>
                <w:sz w:val="19"/>
                <w:lang w:val="ro-RO"/>
              </w:rPr>
              <w:t>☐</w:t>
            </w:r>
            <w:r w:rsidRPr="00143D03">
              <w:rPr>
                <w:sz w:val="19"/>
                <w:lang w:val="ro-RO"/>
              </w:rPr>
              <w:t xml:space="preserve"> Obiectiv</w:t>
            </w:r>
          </w:p>
          <w:p w14:paraId="122CE097" w14:textId="77777777" w:rsidR="0014338B" w:rsidRPr="00143D03" w:rsidRDefault="00C25235" w:rsidP="00C25235">
            <w:pPr>
              <w:spacing w:after="120"/>
              <w:rPr>
                <w:sz w:val="19"/>
                <w:lang w:val="ro-RO"/>
              </w:rPr>
            </w:pPr>
            <w:r w:rsidRPr="00143D03">
              <w:rPr>
                <w:rFonts w:ascii="Segoe UI Symbol" w:hAnsi="Segoe UI Symbol" w:cs="Segoe UI Symbol"/>
                <w:sz w:val="19"/>
                <w:lang w:val="ro-RO"/>
              </w:rPr>
              <w:t>☐</w:t>
            </w:r>
            <w:r w:rsidRPr="00143D03">
              <w:rPr>
                <w:sz w:val="19"/>
                <w:lang w:val="ro-RO"/>
              </w:rPr>
              <w:t xml:space="preserve"> Obiect</w:t>
            </w:r>
          </w:p>
          <w:p w14:paraId="58C03AAE" w14:textId="1F8FAB58" w:rsidR="00C25235" w:rsidRPr="00B862D0" w:rsidRDefault="00B11050" w:rsidP="00B862D0">
            <w:pPr>
              <w:keepNext/>
              <w:rPr>
                <w:i/>
                <w:color w:val="7A7A7A"/>
                <w:lang w:val="ro-RO"/>
              </w:rPr>
            </w:pPr>
            <w:r w:rsidRPr="00B11050">
              <w:rPr>
                <w:i/>
                <w:color w:val="7A7A7A"/>
                <w:lang w:val="ro-RO"/>
              </w:rPr>
              <w:t xml:space="preserve">Se bifează în situația în care comunicarea privind încheierea lucrărilor se face doar pentru un obiect din cadrul obiectivului (obiect: „parte/obiect/sectoare din/de construcție” distinctă în cadrul unui obiectiv, ce face subiectul P.V.R.T.L. pe „parte/obiect/sectoare din/de construcție”, conform HG 273/1994). </w:t>
            </w:r>
          </w:p>
        </w:tc>
      </w:tr>
      <w:tr w:rsidR="0014338B" w:rsidRPr="00143D03" w14:paraId="51935E19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19411EE2" w14:textId="5DCD057F" w:rsidR="00C25235" w:rsidRPr="00143D03" w:rsidRDefault="00385A10" w:rsidP="00C25235">
            <w:pPr>
              <w:rPr>
                <w:lang w:val="fr-FR"/>
              </w:rPr>
            </w:pPr>
            <w:proofErr w:type="spellStart"/>
            <w:r w:rsidRPr="00143D03">
              <w:rPr>
                <w:b/>
                <w:color w:val="0D5F78"/>
                <w:lang w:val="fr-FR"/>
              </w:rPr>
              <w:t>în</w:t>
            </w:r>
            <w:proofErr w:type="spellEnd"/>
            <w:r w:rsidRPr="00143D03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  <w:lang w:val="fr-FR"/>
              </w:rPr>
              <w:t>valoare</w:t>
            </w:r>
            <w:proofErr w:type="spellEnd"/>
            <w:r w:rsidRPr="00143D03">
              <w:rPr>
                <w:b/>
                <w:color w:val="0D5F78"/>
                <w:lang w:val="fr-FR"/>
              </w:rPr>
              <w:t xml:space="preserve"> de (lei)</w:t>
            </w:r>
          </w:p>
          <w:p w14:paraId="1741C79C" w14:textId="3F63FC74" w:rsidR="0014338B" w:rsidRPr="00B862D0" w:rsidRDefault="00DE33CD" w:rsidP="00B862D0">
            <w:pPr>
              <w:spacing w:after="39" w:line="268" w:lineRule="auto"/>
              <w:jc w:val="both"/>
              <w:rPr>
                <w:i/>
                <w:color w:val="7A7A7A"/>
                <w:lang w:val="ro-RO"/>
              </w:rPr>
            </w:pPr>
            <w:r w:rsidRPr="00DE33CD">
              <w:rPr>
                <w:i/>
                <w:color w:val="7A7A7A"/>
                <w:lang w:val="ro-RO"/>
              </w:rPr>
              <w:t>Valoarea trecută în autorizația de construire/desființare pentru care se anunță încheierea lucrărilor</w:t>
            </w:r>
          </w:p>
        </w:tc>
      </w:tr>
    </w:tbl>
    <w:p w14:paraId="16896482" w14:textId="77777777" w:rsidR="0014338B" w:rsidRPr="00143D03" w:rsidRDefault="00385A10" w:rsidP="00895605">
      <w:pPr>
        <w:spacing w:before="140" w:after="40"/>
        <w:jc w:val="center"/>
        <w:rPr>
          <w:sz w:val="28"/>
          <w:szCs w:val="28"/>
        </w:rPr>
      </w:pPr>
      <w:r w:rsidRPr="00143D03">
        <w:rPr>
          <w:b/>
          <w:sz w:val="28"/>
          <w:szCs w:val="28"/>
        </w:rPr>
        <w:t>ADUC LA CUNOȘTINȚĂ</w:t>
      </w:r>
    </w:p>
    <w:p w14:paraId="2FE17F8E" w14:textId="77777777" w:rsidR="0014338B" w:rsidRDefault="0014338B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14338B" w14:paraId="4528D0EA" w14:textId="77777777">
        <w:trPr>
          <w:cantSplit/>
          <w:trHeight w:val="510"/>
        </w:trPr>
        <w:tc>
          <w:tcPr>
            <w:tcW w:w="2409" w:type="dxa"/>
          </w:tcPr>
          <w:p w14:paraId="78E74A7E" w14:textId="77777777" w:rsidR="0014338B" w:rsidRDefault="00385A10">
            <w:proofErr w:type="spellStart"/>
            <w:r>
              <w:rPr>
                <w:b/>
                <w:color w:val="0D5F78"/>
              </w:rPr>
              <w:t>Că</w:t>
            </w:r>
            <w:proofErr w:type="spellEnd"/>
            <w:r>
              <w:rPr>
                <w:b/>
                <w:color w:val="0D5F78"/>
              </w:rPr>
              <w:t xml:space="preserve"> la data de</w:t>
            </w:r>
          </w:p>
          <w:p w14:paraId="5C21B0CB" w14:textId="77777777" w:rsidR="0014338B" w:rsidRDefault="0014338B"/>
        </w:tc>
        <w:tc>
          <w:tcPr>
            <w:tcW w:w="1606" w:type="dxa"/>
          </w:tcPr>
          <w:p w14:paraId="138840AD" w14:textId="77777777" w:rsidR="0014338B" w:rsidRDefault="00385A10">
            <w:proofErr w:type="spellStart"/>
            <w:r>
              <w:rPr>
                <w:b/>
                <w:color w:val="0D5F78"/>
              </w:rPr>
              <w:t>ora</w:t>
            </w:r>
            <w:proofErr w:type="spellEnd"/>
          </w:p>
          <w:p w14:paraId="6D25FA05" w14:textId="77777777" w:rsidR="0014338B" w:rsidRDefault="0014338B"/>
        </w:tc>
        <w:tc>
          <w:tcPr>
            <w:tcW w:w="5621" w:type="dxa"/>
          </w:tcPr>
          <w:p w14:paraId="64F59577" w14:textId="77777777" w:rsidR="0014338B" w:rsidRPr="00895605" w:rsidRDefault="00385A10">
            <w:pPr>
              <w:rPr>
                <w:lang w:val="fr-FR"/>
              </w:rPr>
            </w:pPr>
            <w:r w:rsidRPr="00895605">
              <w:rPr>
                <w:b/>
                <w:color w:val="0D5F78"/>
                <w:lang w:val="fr-FR"/>
              </w:rPr>
              <w:t xml:space="preserve">au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fost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finalizate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3C73D59D" w14:textId="77777777" w:rsidR="0014338B" w:rsidRDefault="00385A10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jos</w:t>
            </w:r>
            <w:proofErr w:type="spellEnd"/>
          </w:p>
          <w:p w14:paraId="42D6CAA4" w14:textId="77777777" w:rsidR="0014338B" w:rsidRDefault="0014338B"/>
        </w:tc>
      </w:tr>
    </w:tbl>
    <w:p w14:paraId="49E38AF5" w14:textId="77777777" w:rsidR="0014338B" w:rsidRDefault="0014338B">
      <w:pPr>
        <w:spacing w:line="168" w:lineRule="auto"/>
      </w:pPr>
    </w:p>
    <w:tbl>
      <w:tblPr>
        <w:tblStyle w:val="TableGrid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4338B" w14:paraId="4D2C24BF" w14:textId="77777777" w:rsidTr="00365E65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3956ACB3" w14:textId="77777777" w:rsidR="0014338B" w:rsidRDefault="00385A1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4338B" w14:paraId="2A2DC932" w14:textId="77777777" w:rsidTr="00365E65">
        <w:trPr>
          <w:cantSplit/>
        </w:trPr>
        <w:tc>
          <w:tcPr>
            <w:tcW w:w="9636" w:type="dxa"/>
            <w:gridSpan w:val="6"/>
          </w:tcPr>
          <w:p w14:paraId="318A856F" w14:textId="77777777" w:rsidR="0014338B" w:rsidRDefault="00385A1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14338B" w14:paraId="36C32AED" w14:textId="77777777" w:rsidTr="00365E65">
        <w:trPr>
          <w:cantSplit/>
          <w:trHeight w:val="510"/>
        </w:trPr>
        <w:tc>
          <w:tcPr>
            <w:tcW w:w="3212" w:type="dxa"/>
            <w:gridSpan w:val="2"/>
          </w:tcPr>
          <w:p w14:paraId="398C3CC9" w14:textId="77777777" w:rsidR="0014338B" w:rsidRDefault="00385A1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5404B8A5" w14:textId="77777777" w:rsidR="0014338B" w:rsidRDefault="0014338B">
            <w:pPr>
              <w:keepNext/>
            </w:pPr>
          </w:p>
        </w:tc>
        <w:tc>
          <w:tcPr>
            <w:tcW w:w="3212" w:type="dxa"/>
            <w:gridSpan w:val="2"/>
          </w:tcPr>
          <w:p w14:paraId="542C72AC" w14:textId="77777777" w:rsidR="0014338B" w:rsidRDefault="00385A1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48381D6E" w14:textId="77777777" w:rsidR="0014338B" w:rsidRDefault="0014338B">
            <w:pPr>
              <w:keepNext/>
            </w:pPr>
          </w:p>
        </w:tc>
        <w:tc>
          <w:tcPr>
            <w:tcW w:w="3212" w:type="dxa"/>
            <w:gridSpan w:val="2"/>
          </w:tcPr>
          <w:p w14:paraId="2BCDE2D9" w14:textId="77777777" w:rsidR="0014338B" w:rsidRDefault="00385A1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1484692A" w14:textId="77777777" w:rsidR="0014338B" w:rsidRDefault="0014338B">
            <w:pPr>
              <w:keepNext/>
            </w:pPr>
          </w:p>
        </w:tc>
      </w:tr>
      <w:tr w:rsidR="0014338B" w14:paraId="44C0A90C" w14:textId="77777777" w:rsidTr="00365E65">
        <w:trPr>
          <w:cantSplit/>
          <w:trHeight w:val="510"/>
        </w:trPr>
        <w:tc>
          <w:tcPr>
            <w:tcW w:w="1606" w:type="dxa"/>
          </w:tcPr>
          <w:p w14:paraId="7852A88D" w14:textId="77777777" w:rsidR="0014338B" w:rsidRDefault="00385A1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16191CFD" w14:textId="77777777" w:rsidR="0014338B" w:rsidRDefault="0014338B">
            <w:pPr>
              <w:keepNext/>
            </w:pPr>
          </w:p>
        </w:tc>
        <w:tc>
          <w:tcPr>
            <w:tcW w:w="4818" w:type="dxa"/>
            <w:gridSpan w:val="3"/>
          </w:tcPr>
          <w:p w14:paraId="5C79E1D0" w14:textId="77777777" w:rsidR="0014338B" w:rsidRDefault="00385A1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AD8C27A" w14:textId="77777777" w:rsidR="0014338B" w:rsidRDefault="0014338B">
            <w:pPr>
              <w:keepNext/>
            </w:pPr>
          </w:p>
        </w:tc>
        <w:tc>
          <w:tcPr>
            <w:tcW w:w="803" w:type="dxa"/>
          </w:tcPr>
          <w:p w14:paraId="78A99AF5" w14:textId="77777777" w:rsidR="0014338B" w:rsidRDefault="00385A1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DAAA4A3" w14:textId="77777777" w:rsidR="0014338B" w:rsidRDefault="0014338B">
            <w:pPr>
              <w:keepNext/>
            </w:pPr>
          </w:p>
        </w:tc>
        <w:tc>
          <w:tcPr>
            <w:tcW w:w="2409" w:type="dxa"/>
          </w:tcPr>
          <w:p w14:paraId="367ACFF7" w14:textId="77777777" w:rsidR="0014338B" w:rsidRDefault="00385A1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0890CE6" w14:textId="77777777" w:rsidR="0014338B" w:rsidRDefault="0014338B">
            <w:pPr>
              <w:keepNext/>
            </w:pPr>
          </w:p>
        </w:tc>
      </w:tr>
      <w:tr w:rsidR="0014338B" w14:paraId="7AD851EE" w14:textId="77777777" w:rsidTr="00365E65">
        <w:trPr>
          <w:cantSplit/>
          <w:trHeight w:val="510"/>
        </w:trPr>
        <w:tc>
          <w:tcPr>
            <w:tcW w:w="5621" w:type="dxa"/>
            <w:gridSpan w:val="3"/>
          </w:tcPr>
          <w:p w14:paraId="2E2214DE" w14:textId="77777777" w:rsidR="0014338B" w:rsidRPr="00895605" w:rsidRDefault="00385A10">
            <w:pPr>
              <w:keepNext/>
              <w:rPr>
                <w:lang w:val="fr-FR"/>
              </w:rPr>
            </w:pPr>
            <w:proofErr w:type="spellStart"/>
            <w:r w:rsidRPr="00895605">
              <w:rPr>
                <w:b/>
                <w:color w:val="0D5F78"/>
                <w:lang w:val="fr-FR"/>
              </w:rPr>
              <w:t>Număr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cadastral</w:t>
            </w:r>
          </w:p>
          <w:p w14:paraId="1C5C5AD1" w14:textId="39A27CD2" w:rsidR="0014338B" w:rsidRPr="00895605" w:rsidRDefault="00385A10">
            <w:pPr>
              <w:keepNext/>
              <w:rPr>
                <w:lang w:val="fr-FR"/>
              </w:rPr>
            </w:pPr>
            <w:proofErr w:type="spellStart"/>
            <w:r w:rsidRPr="00895605">
              <w:rPr>
                <w:i/>
                <w:color w:val="7A7A7A"/>
                <w:lang w:val="fr-FR"/>
              </w:rPr>
              <w:t>dacă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e-Terra</w:t>
            </w:r>
          </w:p>
        </w:tc>
        <w:tc>
          <w:tcPr>
            <w:tcW w:w="4015" w:type="dxa"/>
            <w:gridSpan w:val="3"/>
          </w:tcPr>
          <w:p w14:paraId="1E14B5E8" w14:textId="77777777" w:rsidR="0014338B" w:rsidRDefault="00385A1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</w:t>
            </w:r>
          </w:p>
          <w:p w14:paraId="1B933EAE" w14:textId="77777777" w:rsidR="0014338B" w:rsidRDefault="0014338B">
            <w:pPr>
              <w:keepNext/>
            </w:pPr>
          </w:p>
        </w:tc>
      </w:tr>
      <w:tr w:rsidR="0014338B" w14:paraId="48D7A768" w14:textId="77777777" w:rsidTr="00365E65">
        <w:trPr>
          <w:cantSplit/>
        </w:trPr>
        <w:tc>
          <w:tcPr>
            <w:tcW w:w="9636" w:type="dxa"/>
            <w:gridSpan w:val="6"/>
          </w:tcPr>
          <w:p w14:paraId="57CC048E" w14:textId="77777777" w:rsidR="0014338B" w:rsidRDefault="00385A10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143E293C" w14:textId="77777777" w:rsidR="0014338B" w:rsidRDefault="0014338B">
      <w:pPr>
        <w:spacing w:line="168" w:lineRule="auto"/>
      </w:pPr>
    </w:p>
    <w:tbl>
      <w:tblPr>
        <w:tblStyle w:val="TableGrid"/>
        <w:tblW w:w="960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06"/>
      </w:tblGrid>
      <w:tr w:rsidR="00365E65" w:rsidRPr="00365E65" w14:paraId="28EC0D9A" w14:textId="77777777" w:rsidTr="00B35B08">
        <w:trPr>
          <w:cantSplit/>
        </w:trPr>
        <w:tc>
          <w:tcPr>
            <w:tcW w:w="9606" w:type="dxa"/>
            <w:shd w:val="clear" w:color="auto" w:fill="F2F2F2" w:themeFill="background1" w:themeFillShade="F2"/>
          </w:tcPr>
          <w:p w14:paraId="1A1168BE" w14:textId="77777777" w:rsidR="00365E65" w:rsidRPr="00365E65" w:rsidRDefault="00365E65" w:rsidP="00365E65">
            <w:pPr>
              <w:keepNext/>
              <w:ind w:right="-248"/>
              <w:rPr>
                <w:sz w:val="16"/>
                <w:lang w:val="ro-RO"/>
              </w:rPr>
            </w:pP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IN</w:t>
            </w:r>
            <w:r>
              <w:rPr>
                <w:b/>
                <w:color w:val="000000"/>
                <w:sz w:val="18"/>
                <w:lang w:val="ro-RO"/>
              </w:rPr>
              <w:t>ȘTIINȚAREA PRIVIND ÎNCEPEREA EXECUȚIEI LUCRĂRILOR</w:t>
            </w:r>
          </w:p>
        </w:tc>
      </w:tr>
      <w:tr w:rsidR="00365E65" w14:paraId="5029F607" w14:textId="77777777" w:rsidTr="00B35B08">
        <w:trPr>
          <w:cantSplit/>
        </w:trPr>
        <w:tc>
          <w:tcPr>
            <w:tcW w:w="9606" w:type="dxa"/>
          </w:tcPr>
          <w:p w14:paraId="02D298DA" w14:textId="5F64AF3D" w:rsidR="00365E65" w:rsidRDefault="00365E65" w:rsidP="00365E65">
            <w:pPr>
              <w:ind w:right="-108"/>
              <w:rPr>
                <w:sz w:val="16"/>
              </w:rPr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copie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înștiințării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începerea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execuției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înregistrată</w:t>
            </w:r>
            <w:proofErr w:type="spellEnd"/>
            <w:r>
              <w:rPr>
                <w:sz w:val="16"/>
              </w:rPr>
              <w:t xml:space="preserve"> la I.S.C cu nr</w:t>
            </w:r>
            <w:r w:rsidR="00765D3C">
              <w:rPr>
                <w:sz w:val="16"/>
              </w:rPr>
              <w:t xml:space="preserve">. </w:t>
            </w:r>
            <w:r>
              <w:rPr>
                <w:sz w:val="16"/>
              </w:rPr>
              <w:t xml:space="preserve"> </w:t>
            </w:r>
          </w:p>
          <w:p w14:paraId="643E96BE" w14:textId="51516ED7" w:rsidR="00365E65" w:rsidRDefault="006A1DB8" w:rsidP="00365E65">
            <w:pPr>
              <w:ind w:right="4003"/>
              <w:rPr>
                <w:b/>
                <w:sz w:val="16"/>
              </w:rPr>
            </w:pPr>
            <w:r w:rsidRPr="00143D03">
              <w:rPr>
                <w:i/>
                <w:color w:val="7A7A7A"/>
              </w:rPr>
              <w:t xml:space="preserve"> </w:t>
            </w:r>
            <w:r w:rsidR="00365E65">
              <w:rPr>
                <w:sz w:val="16"/>
              </w:rPr>
              <w:t xml:space="preserve">☐ </w:t>
            </w:r>
            <w:proofErr w:type="spellStart"/>
            <w:r w:rsidR="00365E65">
              <w:rPr>
                <w:sz w:val="16"/>
              </w:rPr>
              <w:t>declar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că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înstiințarea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privind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începerea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execuției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lucrărilor</w:t>
            </w:r>
            <w:proofErr w:type="spellEnd"/>
            <w:r w:rsidR="00365E65">
              <w:rPr>
                <w:sz w:val="16"/>
              </w:rPr>
              <w:t xml:space="preserve"> nu a </w:t>
            </w:r>
            <w:proofErr w:type="spellStart"/>
            <w:r w:rsidR="00365E65">
              <w:rPr>
                <w:sz w:val="16"/>
              </w:rPr>
              <w:t>fost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depusă</w:t>
            </w:r>
            <w:proofErr w:type="spellEnd"/>
            <w:r w:rsidR="00365E65">
              <w:rPr>
                <w:sz w:val="16"/>
              </w:rPr>
              <w:t xml:space="preserve">.  </w:t>
            </w:r>
          </w:p>
        </w:tc>
      </w:tr>
    </w:tbl>
    <w:p w14:paraId="5FA71F8E" w14:textId="77777777" w:rsidR="00365E65" w:rsidRDefault="00365E65">
      <w:pPr>
        <w:spacing w:line="168" w:lineRule="auto"/>
      </w:pPr>
    </w:p>
    <w:tbl>
      <w:tblPr>
        <w:tblStyle w:val="TableGrid"/>
        <w:tblW w:w="960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06"/>
      </w:tblGrid>
      <w:tr w:rsidR="00FC030E" w:rsidRPr="00365E65" w14:paraId="30FF229B" w14:textId="77777777" w:rsidTr="00DE7AC0">
        <w:trPr>
          <w:cantSplit/>
        </w:trPr>
        <w:tc>
          <w:tcPr>
            <w:tcW w:w="9606" w:type="dxa"/>
            <w:shd w:val="clear" w:color="auto" w:fill="F2F2F2" w:themeFill="background1" w:themeFillShade="F2"/>
          </w:tcPr>
          <w:p w14:paraId="544332C2" w14:textId="253C9B83" w:rsidR="00FC030E" w:rsidRPr="00365E65" w:rsidRDefault="00FC030E" w:rsidP="00DE7AC0">
            <w:pPr>
              <w:keepNext/>
              <w:ind w:right="-248"/>
              <w:rPr>
                <w:sz w:val="16"/>
                <w:lang w:val="ro-RO"/>
              </w:rPr>
            </w:pPr>
            <w:r>
              <w:rPr>
                <w:b/>
                <w:sz w:val="16"/>
              </w:rPr>
              <w:lastRenderedPageBreak/>
              <w:t>6. VALOAREA REALĂ A LUCRĂRILOR EXECUTATE</w:t>
            </w:r>
          </w:p>
        </w:tc>
      </w:tr>
      <w:tr w:rsidR="00FC030E" w14:paraId="20AF50DF" w14:textId="77777777" w:rsidTr="00DE7AC0">
        <w:trPr>
          <w:cantSplit/>
        </w:trPr>
        <w:tc>
          <w:tcPr>
            <w:tcW w:w="9606" w:type="dxa"/>
          </w:tcPr>
          <w:p w14:paraId="0CBA8DFA" w14:textId="77777777" w:rsidR="00FC030E" w:rsidRPr="00C25235" w:rsidRDefault="00FC030E" w:rsidP="00FC030E">
            <w:r>
              <w:rPr>
                <w:sz w:val="16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05942DD7" w14:textId="299B48C6" w:rsidR="00FC030E" w:rsidRPr="00143D03" w:rsidRDefault="00FC030E" w:rsidP="00B862D0">
            <w:pPr>
              <w:keepNext/>
              <w:rPr>
                <w:i/>
                <w:color w:val="7A7A7A"/>
              </w:rPr>
            </w:pPr>
            <w:proofErr w:type="spellStart"/>
            <w:r w:rsidRPr="00143D03">
              <w:rPr>
                <w:i/>
                <w:color w:val="7A7A7A"/>
              </w:rPr>
              <w:t>Valoarea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reală</w:t>
            </w:r>
            <w:proofErr w:type="spellEnd"/>
            <w:r w:rsidRPr="00143D03">
              <w:rPr>
                <w:i/>
                <w:color w:val="7A7A7A"/>
              </w:rPr>
              <w:t xml:space="preserve"> a </w:t>
            </w:r>
            <w:proofErr w:type="spellStart"/>
            <w:r w:rsidRPr="00143D03">
              <w:rPr>
                <w:i/>
                <w:color w:val="7A7A7A"/>
              </w:rPr>
              <w:t>lucrărilor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executate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este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valoarea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finală</w:t>
            </w:r>
            <w:proofErr w:type="spellEnd"/>
            <w:r w:rsidRPr="00143D03">
              <w:rPr>
                <w:i/>
                <w:color w:val="7A7A7A"/>
              </w:rPr>
              <w:t xml:space="preserve">, </w:t>
            </w:r>
            <w:proofErr w:type="spellStart"/>
            <w:r w:rsidRPr="00143D03">
              <w:rPr>
                <w:i/>
                <w:color w:val="7A7A7A"/>
              </w:rPr>
              <w:t>fără</w:t>
            </w:r>
            <w:proofErr w:type="spellEnd"/>
            <w:r w:rsidRPr="00143D03">
              <w:rPr>
                <w:i/>
                <w:color w:val="7A7A7A"/>
              </w:rPr>
              <w:t xml:space="preserve"> TVA, a </w:t>
            </w:r>
            <w:proofErr w:type="spellStart"/>
            <w:r w:rsidRPr="00143D03">
              <w:rPr>
                <w:i/>
                <w:color w:val="7A7A7A"/>
              </w:rPr>
              <w:t>valorilor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executate</w:t>
            </w:r>
            <w:proofErr w:type="spellEnd"/>
            <w:r w:rsidRPr="00143D03">
              <w:rPr>
                <w:i/>
                <w:color w:val="7A7A7A"/>
              </w:rPr>
              <w:t xml:space="preserve">, </w:t>
            </w:r>
            <w:proofErr w:type="gramStart"/>
            <w:r w:rsidRPr="00143D03">
              <w:rPr>
                <w:i/>
                <w:color w:val="7A7A7A"/>
              </w:rPr>
              <w:t>conform  art</w:t>
            </w:r>
            <w:proofErr w:type="gramEnd"/>
            <w:r w:rsidRPr="00143D03">
              <w:rPr>
                <w:i/>
                <w:color w:val="7A7A7A"/>
              </w:rPr>
              <w:t xml:space="preserve">. 352 din </w:t>
            </w:r>
            <w:proofErr w:type="spellStart"/>
            <w:r w:rsidRPr="00143D03">
              <w:rPr>
                <w:i/>
                <w:color w:val="7A7A7A"/>
              </w:rPr>
              <w:t>Codul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amenajării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teritoriului</w:t>
            </w:r>
            <w:proofErr w:type="spellEnd"/>
            <w:r w:rsidRPr="00143D03">
              <w:rPr>
                <w:i/>
                <w:color w:val="7A7A7A"/>
              </w:rPr>
              <w:t xml:space="preserve">, </w:t>
            </w:r>
            <w:proofErr w:type="spellStart"/>
            <w:r w:rsidRPr="00143D03">
              <w:rPr>
                <w:i/>
                <w:color w:val="7A7A7A"/>
              </w:rPr>
              <w:t>urbanismului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şi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construcţiilor</w:t>
            </w:r>
            <w:proofErr w:type="spellEnd"/>
            <w:r w:rsidRPr="00143D03">
              <w:rPr>
                <w:i/>
                <w:color w:val="7A7A7A"/>
              </w:rPr>
              <w:t xml:space="preserve">, </w:t>
            </w:r>
            <w:proofErr w:type="spellStart"/>
            <w:r w:rsidRPr="00143D03">
              <w:rPr>
                <w:i/>
                <w:color w:val="7A7A7A"/>
              </w:rPr>
              <w:t>în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vigoare</w:t>
            </w:r>
            <w:proofErr w:type="spellEnd"/>
            <w:r w:rsidRPr="00143D03">
              <w:rPr>
                <w:i/>
                <w:color w:val="7A7A7A"/>
              </w:rPr>
              <w:t xml:space="preserve"> de la 25.08.2026</w:t>
            </w:r>
          </w:p>
        </w:tc>
      </w:tr>
    </w:tbl>
    <w:p w14:paraId="030AE6C1" w14:textId="77777777" w:rsidR="00FC030E" w:rsidRDefault="00FC030E">
      <w:pPr>
        <w:spacing w:line="168" w:lineRule="auto"/>
      </w:pPr>
    </w:p>
    <w:p w14:paraId="259D2E99" w14:textId="77777777" w:rsidR="00365E65" w:rsidRDefault="00365E6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4338B" w14:paraId="0B827F66" w14:textId="77777777">
        <w:trPr>
          <w:cantSplit/>
        </w:trPr>
        <w:tc>
          <w:tcPr>
            <w:tcW w:w="9636" w:type="dxa"/>
            <w:shd w:val="clear" w:color="auto" w:fill="F4F4F4"/>
          </w:tcPr>
          <w:p w14:paraId="2FC09E37" w14:textId="79A06479" w:rsidR="0014338B" w:rsidRDefault="00385A1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FC030E">
              <w:rPr>
                <w:b/>
                <w:sz w:val="16"/>
              </w:rPr>
              <w:t>7</w:t>
            </w:r>
            <w:r>
              <w:rPr>
                <w:b/>
                <w:sz w:val="16"/>
              </w:rPr>
              <w:t xml:space="preserve">. </w:t>
            </w:r>
            <w:r w:rsidR="00365E65">
              <w:rPr>
                <w:b/>
                <w:color w:val="000000"/>
                <w:sz w:val="18"/>
              </w:rPr>
              <w:t xml:space="preserve">ANEXEZ </w:t>
            </w:r>
          </w:p>
        </w:tc>
      </w:tr>
      <w:tr w:rsidR="00C25235" w:rsidRPr="00895605" w14:paraId="2099B500" w14:textId="77777777" w:rsidTr="00B862D0">
        <w:trPr>
          <w:cantSplit/>
          <w:trHeight w:val="2831"/>
        </w:trPr>
        <w:tc>
          <w:tcPr>
            <w:tcW w:w="9636" w:type="dxa"/>
          </w:tcPr>
          <w:p w14:paraId="2EE6BFB7" w14:textId="60A47592" w:rsidR="00C25235" w:rsidRPr="00143D03" w:rsidRDefault="00C25235" w:rsidP="00365E65">
            <w:pPr>
              <w:pStyle w:val="ListParagraph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color w:val="0D5F78"/>
              </w:rPr>
            </w:pPr>
            <w:proofErr w:type="spellStart"/>
            <w:r w:rsidRPr="00143D03">
              <w:rPr>
                <w:b/>
                <w:color w:val="0D5F78"/>
              </w:rPr>
              <w:t>Dovada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achitării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cotei</w:t>
            </w:r>
            <w:proofErr w:type="spellEnd"/>
            <w:r w:rsidRPr="00143D03">
              <w:rPr>
                <w:b/>
                <w:color w:val="0D5F78"/>
              </w:rPr>
              <w:t xml:space="preserve"> de 0</w:t>
            </w:r>
            <w:proofErr w:type="gramStart"/>
            <w:r w:rsidRPr="00143D03">
              <w:rPr>
                <w:b/>
                <w:color w:val="0D5F78"/>
              </w:rPr>
              <w:t>,1</w:t>
            </w:r>
            <w:proofErr w:type="gramEnd"/>
            <w:r w:rsidRPr="00143D03">
              <w:rPr>
                <w:b/>
                <w:color w:val="0D5F78"/>
              </w:rPr>
              <w:t xml:space="preserve">% din </w:t>
            </w:r>
            <w:proofErr w:type="spellStart"/>
            <w:r w:rsidRPr="00143D03">
              <w:rPr>
                <w:b/>
                <w:color w:val="0D5F78"/>
              </w:rPr>
              <w:t>valoarea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lucrărilor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autorizate</w:t>
            </w:r>
            <w:proofErr w:type="spellEnd"/>
            <w:r w:rsidRPr="00143D03">
              <w:rPr>
                <w:b/>
                <w:color w:val="0D5F78"/>
              </w:rPr>
              <w:t xml:space="preserve"> (</w:t>
            </w:r>
            <w:proofErr w:type="spellStart"/>
            <w:r w:rsidRPr="00143D03">
              <w:rPr>
                <w:b/>
                <w:color w:val="0D5F78"/>
              </w:rPr>
              <w:t>inclusiv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diferențe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rezultate</w:t>
            </w:r>
            <w:proofErr w:type="spellEnd"/>
            <w:r w:rsidRPr="00143D03">
              <w:rPr>
                <w:b/>
                <w:color w:val="0D5F78"/>
              </w:rPr>
              <w:t xml:space="preserve"> ca </w:t>
            </w:r>
            <w:proofErr w:type="spellStart"/>
            <w:r w:rsidRPr="00143D03">
              <w:rPr>
                <w:b/>
                <w:color w:val="0D5F78"/>
              </w:rPr>
              <w:t>urmare</w:t>
            </w:r>
            <w:proofErr w:type="spellEnd"/>
            <w:r w:rsidRPr="00143D03">
              <w:rPr>
                <w:b/>
                <w:color w:val="0D5F78"/>
              </w:rPr>
              <w:t xml:space="preserve"> a </w:t>
            </w:r>
            <w:proofErr w:type="spellStart"/>
            <w:r w:rsidRPr="00143D03">
              <w:rPr>
                <w:b/>
                <w:color w:val="0D5F78"/>
              </w:rPr>
              <w:t>actualizării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valorii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reale</w:t>
            </w:r>
            <w:proofErr w:type="spellEnd"/>
            <w:r w:rsidRPr="00143D03">
              <w:rPr>
                <w:b/>
                <w:color w:val="0D5F78"/>
              </w:rPr>
              <w:t xml:space="preserve">/finale a </w:t>
            </w:r>
            <w:proofErr w:type="spellStart"/>
            <w:r w:rsidRPr="00143D03">
              <w:rPr>
                <w:b/>
                <w:color w:val="0D5F78"/>
              </w:rPr>
              <w:t>lucrărilor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executate</w:t>
            </w:r>
            <w:proofErr w:type="spellEnd"/>
            <w:r w:rsidRPr="00143D03">
              <w:rPr>
                <w:b/>
                <w:color w:val="0D5F78"/>
              </w:rPr>
              <w:t xml:space="preserve">), </w:t>
            </w:r>
            <w:proofErr w:type="spellStart"/>
            <w:r w:rsidRPr="00143D03">
              <w:rPr>
                <w:b/>
                <w:color w:val="0D5F78"/>
              </w:rPr>
              <w:t>în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conformitate</w:t>
            </w:r>
            <w:proofErr w:type="spellEnd"/>
            <w:r w:rsidRPr="00143D03">
              <w:rPr>
                <w:b/>
                <w:color w:val="0D5F78"/>
              </w:rPr>
              <w:t xml:space="preserve"> cu </w:t>
            </w:r>
            <w:proofErr w:type="spellStart"/>
            <w:r w:rsidRPr="00143D03">
              <w:rPr>
                <w:b/>
                <w:color w:val="0D5F78"/>
              </w:rPr>
              <w:t>prevederile</w:t>
            </w:r>
            <w:proofErr w:type="spellEnd"/>
            <w:r w:rsidRPr="00143D03">
              <w:rPr>
                <w:b/>
                <w:color w:val="0D5F78"/>
              </w:rPr>
              <w:t xml:space="preserve"> art.143 din </w:t>
            </w:r>
            <w:proofErr w:type="spellStart"/>
            <w:r w:rsidRPr="00143D03">
              <w:rPr>
                <w:b/>
                <w:color w:val="0D5F78"/>
              </w:rPr>
              <w:t>Codul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amenajării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teritoriului</w:t>
            </w:r>
            <w:proofErr w:type="spellEnd"/>
            <w:r w:rsidRPr="00143D03">
              <w:rPr>
                <w:b/>
                <w:color w:val="0D5F78"/>
              </w:rPr>
              <w:t xml:space="preserve">, </w:t>
            </w:r>
            <w:proofErr w:type="spellStart"/>
            <w:r w:rsidRPr="00143D03">
              <w:rPr>
                <w:b/>
                <w:color w:val="0D5F78"/>
              </w:rPr>
              <w:t>urbanismului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şi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construcţiilor</w:t>
            </w:r>
            <w:proofErr w:type="spellEnd"/>
            <w:r w:rsidRPr="00143D03">
              <w:rPr>
                <w:b/>
                <w:color w:val="0D5F78"/>
              </w:rPr>
              <w:t xml:space="preserve">, </w:t>
            </w:r>
            <w:proofErr w:type="spellStart"/>
            <w:r w:rsidRPr="00143D03">
              <w:rPr>
                <w:b/>
                <w:color w:val="0D5F78"/>
              </w:rPr>
              <w:t>în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vigoare</w:t>
            </w:r>
            <w:proofErr w:type="spellEnd"/>
            <w:r w:rsidRPr="00143D03">
              <w:rPr>
                <w:b/>
                <w:color w:val="0D5F78"/>
              </w:rPr>
              <w:t xml:space="preserve"> de la 25.08.2026.  </w:t>
            </w:r>
          </w:p>
          <w:p w14:paraId="2323C91A" w14:textId="7CFD9074" w:rsidR="00C25235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r w:rsidRPr="00895605">
              <w:rPr>
                <w:i/>
                <w:color w:val="7A7A7A"/>
                <w:lang w:val="fr-FR"/>
              </w:rPr>
              <w:t xml:space="preserve">se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copie</w:t>
            </w:r>
            <w:r>
              <w:rPr>
                <w:i/>
                <w:color w:val="7A7A7A"/>
                <w:lang w:val="fr-FR"/>
              </w:rPr>
              <w:t>;</w:t>
            </w:r>
          </w:p>
          <w:p w14:paraId="61AE66DD" w14:textId="77777777" w:rsidR="00C25235" w:rsidRPr="00CC429A" w:rsidRDefault="00C25235" w:rsidP="00CC429A">
            <w:pPr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color w:val="0D5F78"/>
                <w:lang w:val="fr-FR"/>
              </w:rPr>
            </w:pPr>
            <w:proofErr w:type="spellStart"/>
            <w:r w:rsidRPr="00CC429A">
              <w:rPr>
                <w:b/>
                <w:color w:val="0D5F78"/>
                <w:lang w:val="fr-FR"/>
              </w:rPr>
              <w:t>Dovada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achitării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sumei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rezultate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ca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diferenţă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între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suma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echivalentă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cotei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0,5%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aplicate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valorii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finale,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fără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TVA, a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executate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şi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suma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virată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potrivit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prevederilor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art. 352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din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Codul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amenajării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teritoriului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urbanismului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şi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construcţiilor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în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vigoare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de la 25.08.2026</w:t>
            </w:r>
          </w:p>
          <w:p w14:paraId="5EBBFE29" w14:textId="508AEEF2" w:rsidR="00C25235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r w:rsidRPr="00895605">
              <w:rPr>
                <w:i/>
                <w:color w:val="7A7A7A"/>
                <w:lang w:val="fr-FR"/>
              </w:rPr>
              <w:t xml:space="preserve">se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copie</w:t>
            </w:r>
            <w:r>
              <w:rPr>
                <w:i/>
                <w:color w:val="7A7A7A"/>
                <w:lang w:val="fr-FR"/>
              </w:rPr>
              <w:t> ;</w:t>
            </w:r>
          </w:p>
          <w:p w14:paraId="6D1257EA" w14:textId="524A22E3" w:rsidR="00C25235" w:rsidRDefault="00C25235" w:rsidP="00CC429A">
            <w:pPr>
              <w:pStyle w:val="ListParagraph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b/>
                <w:color w:val="0D5F78"/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C</w:t>
            </w:r>
            <w:r w:rsidRPr="00CC429A">
              <w:rPr>
                <w:b/>
                <w:color w:val="0D5F78"/>
                <w:lang w:val="fr-FR"/>
              </w:rPr>
              <w:t>artea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identitate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cartea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identitate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provizorie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sau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după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caz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buletinul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identitate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aflate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în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termen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valabilitate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a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titularului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autorizației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construire/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desființare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pentru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persoane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fizice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respectiv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certificatul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înregistrare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pentru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persoanele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juridice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.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Fără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dovada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identității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titularului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nu se va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înregistra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formularul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F</w:t>
            </w:r>
            <w:r>
              <w:rPr>
                <w:b/>
                <w:color w:val="0D5F78"/>
                <w:lang w:val="fr-FR"/>
              </w:rPr>
              <w:t>_A_1</w:t>
            </w:r>
            <w:r w:rsidR="00143D03">
              <w:rPr>
                <w:b/>
                <w:color w:val="0D5F78"/>
                <w:lang w:val="fr-FR"/>
              </w:rPr>
              <w:t>1</w:t>
            </w:r>
            <w:r>
              <w:rPr>
                <w:b/>
                <w:color w:val="0D5F78"/>
                <w:lang w:val="fr-FR"/>
              </w:rPr>
              <w:t xml:space="preserve">. </w:t>
            </w:r>
          </w:p>
          <w:p w14:paraId="309934A5" w14:textId="4543AE85" w:rsidR="00C25235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r w:rsidRPr="00895605">
              <w:rPr>
                <w:i/>
                <w:color w:val="7A7A7A"/>
                <w:lang w:val="fr-FR"/>
              </w:rPr>
              <w:t xml:space="preserve">se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copie</w:t>
            </w:r>
            <w:r>
              <w:rPr>
                <w:i/>
                <w:color w:val="7A7A7A"/>
                <w:lang w:val="fr-FR"/>
              </w:rPr>
              <w:t> ;</w:t>
            </w:r>
          </w:p>
          <w:p w14:paraId="00856700" w14:textId="77777777" w:rsidR="00C25235" w:rsidRPr="00143D03" w:rsidRDefault="00C25235" w:rsidP="00CC429A">
            <w:pPr>
              <w:pStyle w:val="ListParagraph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b/>
                <w:color w:val="0D5F78"/>
              </w:rPr>
            </w:pPr>
            <w:proofErr w:type="spellStart"/>
            <w:r w:rsidRPr="00143D03">
              <w:rPr>
                <w:b/>
                <w:color w:val="0D5F78"/>
              </w:rPr>
              <w:t>Adresa</w:t>
            </w:r>
            <w:proofErr w:type="spellEnd"/>
            <w:r w:rsidRPr="00143D03">
              <w:rPr>
                <w:b/>
                <w:color w:val="0D5F78"/>
              </w:rPr>
              <w:t>/</w:t>
            </w:r>
            <w:proofErr w:type="spellStart"/>
            <w:r w:rsidRPr="00143D03">
              <w:rPr>
                <w:b/>
                <w:color w:val="0D5F78"/>
              </w:rPr>
              <w:t>Declarația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privind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valoarea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reală</w:t>
            </w:r>
            <w:proofErr w:type="spellEnd"/>
            <w:r w:rsidRPr="00143D03">
              <w:rPr>
                <w:b/>
                <w:color w:val="0D5F78"/>
              </w:rPr>
              <w:t xml:space="preserve"> a </w:t>
            </w:r>
            <w:proofErr w:type="spellStart"/>
            <w:r w:rsidRPr="00143D03">
              <w:rPr>
                <w:b/>
                <w:color w:val="0D5F78"/>
              </w:rPr>
              <w:t>lucrărilor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executate</w:t>
            </w:r>
            <w:proofErr w:type="spellEnd"/>
            <w:r w:rsidRPr="00143D03">
              <w:rPr>
                <w:b/>
                <w:color w:val="0D5F78"/>
              </w:rPr>
              <w:t xml:space="preserve">, </w:t>
            </w:r>
            <w:proofErr w:type="spellStart"/>
            <w:r w:rsidRPr="00143D03">
              <w:rPr>
                <w:b/>
                <w:color w:val="0D5F78"/>
              </w:rPr>
              <w:t>eliberată</w:t>
            </w:r>
            <w:proofErr w:type="spellEnd"/>
            <w:r w:rsidRPr="00143D03">
              <w:rPr>
                <w:b/>
                <w:color w:val="0D5F78"/>
              </w:rPr>
              <w:t xml:space="preserve"> de </w:t>
            </w:r>
            <w:proofErr w:type="spellStart"/>
            <w:r w:rsidRPr="00143D03">
              <w:rPr>
                <w:b/>
                <w:color w:val="0D5F78"/>
              </w:rPr>
              <w:t>emitentul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autorizației</w:t>
            </w:r>
            <w:proofErr w:type="spellEnd"/>
            <w:r w:rsidRPr="00143D03">
              <w:rPr>
                <w:b/>
                <w:color w:val="0D5F78"/>
              </w:rPr>
              <w:t>.</w:t>
            </w:r>
          </w:p>
          <w:p w14:paraId="20B02575" w14:textId="72DE76BA" w:rsidR="00B862D0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r w:rsidRPr="00895605">
              <w:rPr>
                <w:i/>
                <w:color w:val="7A7A7A"/>
                <w:lang w:val="fr-FR"/>
              </w:rPr>
              <w:t xml:space="preserve">se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copie</w:t>
            </w:r>
            <w:r>
              <w:rPr>
                <w:i/>
                <w:color w:val="7A7A7A"/>
                <w:lang w:val="fr-FR"/>
              </w:rPr>
              <w:t> ;</w:t>
            </w:r>
          </w:p>
        </w:tc>
      </w:tr>
    </w:tbl>
    <w:p w14:paraId="642661D9" w14:textId="77777777" w:rsidR="00FC030E" w:rsidRDefault="00FC030E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1574A" w:rsidRPr="00143D03" w14:paraId="2CAF1413" w14:textId="77777777" w:rsidTr="00DE7AC0">
        <w:trPr>
          <w:cantSplit/>
        </w:trPr>
        <w:tc>
          <w:tcPr>
            <w:tcW w:w="9636" w:type="dxa"/>
            <w:shd w:val="clear" w:color="auto" w:fill="F4F4F4"/>
          </w:tcPr>
          <w:p w14:paraId="477D4AE5" w14:textId="475D0918" w:rsidR="0051574A" w:rsidRPr="00143D03" w:rsidRDefault="0051574A" w:rsidP="00DE7AC0">
            <w:pPr>
              <w:keepNext/>
              <w:rPr>
                <w:lang w:val="fr-FR"/>
              </w:rPr>
            </w:pPr>
            <w:r w:rsidRPr="00143D03">
              <w:rPr>
                <w:b/>
                <w:sz w:val="16"/>
                <w:lang w:val="fr-FR"/>
              </w:rPr>
              <w:t>7. OBIECTIV FINANȚAT DIN PROGRAME DE INVESTIȚII, DUPĂ CAZ</w:t>
            </w:r>
          </w:p>
        </w:tc>
      </w:tr>
      <w:tr w:rsidR="0051574A" w:rsidRPr="00143D03" w14:paraId="651335D5" w14:textId="77777777" w:rsidTr="00F33D43">
        <w:trPr>
          <w:cantSplit/>
          <w:trHeight w:val="510"/>
        </w:trPr>
        <w:tc>
          <w:tcPr>
            <w:tcW w:w="9636" w:type="dxa"/>
          </w:tcPr>
          <w:p w14:paraId="33ED1CCB" w14:textId="77777777" w:rsidR="0051574A" w:rsidRPr="00143D03" w:rsidRDefault="0051574A" w:rsidP="00DE7AC0">
            <w:pPr>
              <w:rPr>
                <w:lang w:val="fr-FR"/>
              </w:rPr>
            </w:pPr>
          </w:p>
          <w:p w14:paraId="0EF282C9" w14:textId="77777777" w:rsidR="0051574A" w:rsidRPr="00143D03" w:rsidRDefault="0051574A" w:rsidP="0051574A">
            <w:pPr>
              <w:pStyle w:val="ListParagraph"/>
              <w:ind w:left="283" w:hanging="141"/>
              <w:rPr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</w:t>
            </w:r>
            <w:r w:rsidRPr="00143D03">
              <w:rPr>
                <w:lang w:val="fr-FR"/>
              </w:rPr>
              <w:t>PNRR (</w:t>
            </w:r>
            <w:proofErr w:type="spellStart"/>
            <w:r w:rsidRPr="00143D03">
              <w:rPr>
                <w:lang w:val="fr-FR"/>
              </w:rPr>
              <w:t>Planul</w:t>
            </w:r>
            <w:proofErr w:type="spellEnd"/>
            <w:r w:rsidRPr="00143D03">
              <w:rPr>
                <w:lang w:val="fr-FR"/>
              </w:rPr>
              <w:t xml:space="preserve"> </w:t>
            </w:r>
            <w:proofErr w:type="spellStart"/>
            <w:r w:rsidRPr="00143D03">
              <w:rPr>
                <w:lang w:val="fr-FR"/>
              </w:rPr>
              <w:t>Național</w:t>
            </w:r>
            <w:proofErr w:type="spellEnd"/>
            <w:r w:rsidRPr="00143D03">
              <w:rPr>
                <w:lang w:val="fr-FR"/>
              </w:rPr>
              <w:t xml:space="preserve"> de </w:t>
            </w:r>
            <w:proofErr w:type="spellStart"/>
            <w:r w:rsidRPr="00143D03">
              <w:rPr>
                <w:lang w:val="fr-FR"/>
              </w:rPr>
              <w:t>Redresare</w:t>
            </w:r>
            <w:proofErr w:type="spellEnd"/>
            <w:r w:rsidRPr="00143D03">
              <w:rPr>
                <w:lang w:val="fr-FR"/>
              </w:rPr>
              <w:t xml:space="preserve"> </w:t>
            </w:r>
            <w:proofErr w:type="spellStart"/>
            <w:r w:rsidRPr="00143D03">
              <w:rPr>
                <w:lang w:val="fr-FR"/>
              </w:rPr>
              <w:t>și</w:t>
            </w:r>
            <w:proofErr w:type="spellEnd"/>
            <w:r w:rsidRPr="00143D03">
              <w:rPr>
                <w:lang w:val="fr-FR"/>
              </w:rPr>
              <w:t xml:space="preserve"> </w:t>
            </w:r>
            <w:proofErr w:type="spellStart"/>
            <w:r w:rsidRPr="00143D03">
              <w:rPr>
                <w:lang w:val="fr-FR"/>
              </w:rPr>
              <w:t>Reziliență</w:t>
            </w:r>
            <w:proofErr w:type="spellEnd"/>
            <w:r w:rsidRPr="00143D03">
              <w:rPr>
                <w:lang w:val="fr-FR"/>
              </w:rPr>
              <w:t>)</w:t>
            </w:r>
          </w:p>
          <w:p w14:paraId="718E9247" w14:textId="27D46E68" w:rsidR="0051574A" w:rsidRPr="00143D03" w:rsidRDefault="0051574A" w:rsidP="0051574A">
            <w:pPr>
              <w:pStyle w:val="ListParagraph"/>
              <w:ind w:left="283" w:hanging="141"/>
              <w:rPr>
                <w:lang w:val="fr-FR"/>
              </w:rPr>
            </w:pPr>
            <w:r w:rsidRPr="00143D03">
              <w:rPr>
                <w:sz w:val="16"/>
                <w:lang w:val="fr-FR"/>
              </w:rPr>
              <w:t>☐ PNDL (</w:t>
            </w:r>
            <w:proofErr w:type="spellStart"/>
            <w:r w:rsidRPr="00143D03">
              <w:rPr>
                <w:sz w:val="16"/>
                <w:lang w:val="fr-FR"/>
              </w:rPr>
              <w:t>Planul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Dezvoltare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Locală</w:t>
            </w:r>
            <w:proofErr w:type="spellEnd"/>
            <w:r w:rsidRPr="00143D03">
              <w:rPr>
                <w:sz w:val="16"/>
                <w:lang w:val="fr-FR"/>
              </w:rPr>
              <w:t>)</w:t>
            </w:r>
          </w:p>
          <w:p w14:paraId="058EACA7" w14:textId="1B9C4DB8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PNIAS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investiții</w:t>
            </w:r>
            <w:proofErr w:type="spellEnd"/>
            <w:r w:rsidRPr="00143D03">
              <w:rPr>
                <w:sz w:val="16"/>
                <w:lang w:val="fr-FR"/>
              </w:rPr>
              <w:t xml:space="preserve"> Anghel Saligny)</w:t>
            </w:r>
          </w:p>
          <w:p w14:paraId="4D8223B6" w14:textId="29947F06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PNDR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Dezvoltare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Rurală</w:t>
            </w:r>
            <w:proofErr w:type="spellEnd"/>
            <w:r w:rsidRPr="00143D03">
              <w:rPr>
                <w:sz w:val="16"/>
                <w:lang w:val="fr-FR"/>
              </w:rPr>
              <w:t>)</w:t>
            </w:r>
          </w:p>
          <w:p w14:paraId="14A0DAEE" w14:textId="7FB01D63" w:rsidR="0051574A" w:rsidRPr="0051574A" w:rsidRDefault="0051574A" w:rsidP="0051574A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POR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Operațional</w:t>
            </w:r>
            <w:proofErr w:type="spellEnd"/>
            <w:r w:rsidRPr="0051574A">
              <w:rPr>
                <w:sz w:val="16"/>
              </w:rPr>
              <w:t xml:space="preserve"> Regional)</w:t>
            </w:r>
          </w:p>
          <w:p w14:paraId="79FB9FD1" w14:textId="1D247EA6" w:rsidR="0051574A" w:rsidRPr="0051574A" w:rsidRDefault="0051574A" w:rsidP="0051574A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POIM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Operațional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Infrastructură</w:t>
            </w:r>
            <w:proofErr w:type="spellEnd"/>
            <w:r w:rsidRPr="0051574A">
              <w:rPr>
                <w:sz w:val="16"/>
              </w:rPr>
              <w:t xml:space="preserve"> Mare)</w:t>
            </w:r>
          </w:p>
          <w:p w14:paraId="452F2071" w14:textId="1598DA09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 CCRSR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consolidare</w:t>
            </w:r>
            <w:proofErr w:type="spellEnd"/>
            <w:r w:rsidRPr="00143D03">
              <w:rPr>
                <w:sz w:val="16"/>
                <w:lang w:val="fr-FR"/>
              </w:rPr>
              <w:t xml:space="preserve"> a </w:t>
            </w:r>
            <w:proofErr w:type="spellStart"/>
            <w:r w:rsidRPr="00143D03">
              <w:rPr>
                <w:sz w:val="16"/>
                <w:lang w:val="fr-FR"/>
              </w:rPr>
              <w:t>clădirilor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cu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risc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seismic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ridicat</w:t>
            </w:r>
            <w:proofErr w:type="spellEnd"/>
            <w:r w:rsidRPr="00143D03">
              <w:rPr>
                <w:sz w:val="16"/>
                <w:lang w:val="fr-FR"/>
              </w:rPr>
              <w:t>)</w:t>
            </w:r>
          </w:p>
          <w:p w14:paraId="3BFC7148" w14:textId="5FC438FE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PCLSCN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construcții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locuințe</w:t>
            </w:r>
            <w:proofErr w:type="spellEnd"/>
            <w:r w:rsidRPr="00143D03">
              <w:rPr>
                <w:sz w:val="16"/>
                <w:lang w:val="fr-FR"/>
              </w:rPr>
              <w:t xml:space="preserve"> sociale </w:t>
            </w:r>
            <w:proofErr w:type="spellStart"/>
            <w:r w:rsidRPr="00143D03">
              <w:rPr>
                <w:sz w:val="16"/>
                <w:lang w:val="fr-FR"/>
              </w:rPr>
              <w:t>și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necessitate</w:t>
            </w:r>
            <w:proofErr w:type="spellEnd"/>
            <w:r w:rsidRPr="00143D03">
              <w:rPr>
                <w:sz w:val="16"/>
                <w:lang w:val="fr-FR"/>
              </w:rPr>
              <w:t>)</w:t>
            </w:r>
          </w:p>
          <w:p w14:paraId="5E92B604" w14:textId="1DC43715" w:rsidR="0051574A" w:rsidRPr="0051574A" w:rsidRDefault="0051574A" w:rsidP="0051574A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PN PEC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național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multianual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privind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creșterea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performanței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energetice</w:t>
            </w:r>
            <w:proofErr w:type="spellEnd"/>
            <w:r w:rsidRPr="0051574A">
              <w:rPr>
                <w:sz w:val="16"/>
              </w:rPr>
              <w:t xml:space="preserve"> a </w:t>
            </w:r>
            <w:proofErr w:type="spellStart"/>
            <w:r w:rsidRPr="0051574A">
              <w:rPr>
                <w:sz w:val="16"/>
              </w:rPr>
              <w:t>blocurilor</w:t>
            </w:r>
            <w:proofErr w:type="spellEnd"/>
            <w:r w:rsidRPr="0051574A">
              <w:rPr>
                <w:sz w:val="16"/>
              </w:rPr>
              <w:t xml:space="preserve"> de </w:t>
            </w:r>
            <w:proofErr w:type="spellStart"/>
            <w:r w:rsidRPr="0051574A">
              <w:rPr>
                <w:sz w:val="16"/>
              </w:rPr>
              <w:t>locuințe</w:t>
            </w:r>
            <w:proofErr w:type="spellEnd"/>
            <w:r w:rsidRPr="0051574A">
              <w:rPr>
                <w:sz w:val="16"/>
              </w:rPr>
              <w:t>)</w:t>
            </w:r>
          </w:p>
          <w:p w14:paraId="3D5D8FA5" w14:textId="2A326A3A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PNI </w:t>
            </w:r>
            <w:proofErr w:type="spellStart"/>
            <w:r w:rsidRPr="00143D03">
              <w:rPr>
                <w:sz w:val="16"/>
                <w:lang w:val="fr-FR"/>
              </w:rPr>
              <w:t>Mihail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Cantacuzino</w:t>
            </w:r>
            <w:proofErr w:type="spellEnd"/>
            <w:r w:rsidRPr="00143D03">
              <w:rPr>
                <w:sz w:val="16"/>
                <w:lang w:val="fr-FR"/>
              </w:rPr>
              <w:t xml:space="preserve">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investiții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pentru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consolidarea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spitalelor</w:t>
            </w:r>
            <w:proofErr w:type="spellEnd"/>
            <w:r w:rsidRPr="00143D03">
              <w:rPr>
                <w:sz w:val="16"/>
                <w:lang w:val="fr-FR"/>
              </w:rPr>
              <w:t xml:space="preserve"> „</w:t>
            </w:r>
            <w:proofErr w:type="spellStart"/>
            <w:r w:rsidRPr="00143D03">
              <w:rPr>
                <w:sz w:val="16"/>
                <w:lang w:val="fr-FR"/>
              </w:rPr>
              <w:t>Mihail</w:t>
            </w:r>
            <w:proofErr w:type="spellEnd"/>
            <w:r w:rsidRPr="00143D03">
              <w:rPr>
                <w:sz w:val="16"/>
                <w:lang w:val="fr-FR"/>
              </w:rPr>
              <w:t xml:space="preserve"> Cantacuzino”)</w:t>
            </w:r>
          </w:p>
          <w:p w14:paraId="495C7EC3" w14:textId="30493979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CNI – MDLPA Program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Construcții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Interes</w:t>
            </w:r>
            <w:proofErr w:type="spellEnd"/>
            <w:r w:rsidRPr="00143D03">
              <w:rPr>
                <w:sz w:val="16"/>
                <w:lang w:val="fr-FR"/>
              </w:rPr>
              <w:t xml:space="preserve"> Public </w:t>
            </w:r>
            <w:proofErr w:type="spellStart"/>
            <w:r w:rsidRPr="00143D03">
              <w:rPr>
                <w:sz w:val="16"/>
                <w:lang w:val="fr-FR"/>
              </w:rPr>
              <w:t>sau</w:t>
            </w:r>
            <w:proofErr w:type="spellEnd"/>
            <w:r w:rsidRPr="00143D03">
              <w:rPr>
                <w:sz w:val="16"/>
                <w:lang w:val="fr-FR"/>
              </w:rPr>
              <w:t xml:space="preserve"> Social</w:t>
            </w:r>
          </w:p>
          <w:p w14:paraId="7C77E62A" w14:textId="4A557346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ANL – MDLPA </w:t>
            </w:r>
            <w:proofErr w:type="spellStart"/>
            <w:r w:rsidRPr="00143D03">
              <w:rPr>
                <w:sz w:val="16"/>
                <w:lang w:val="fr-FR"/>
              </w:rPr>
              <w:t>Programe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construcții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locuințe</w:t>
            </w:r>
            <w:proofErr w:type="spellEnd"/>
          </w:p>
          <w:p w14:paraId="1EC5C59B" w14:textId="2B2D182D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CNAIR – </w:t>
            </w:r>
            <w:proofErr w:type="spellStart"/>
            <w:r w:rsidRPr="00143D03">
              <w:rPr>
                <w:sz w:val="16"/>
                <w:lang w:val="fr-FR"/>
              </w:rPr>
              <w:t>Ministerul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Transporturilor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și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Infrastructurii</w:t>
            </w:r>
            <w:proofErr w:type="spellEnd"/>
          </w:p>
          <w:p w14:paraId="47F07E2C" w14:textId="77777777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Alt program </w:t>
            </w:r>
            <w:proofErr w:type="gramStart"/>
            <w:r w:rsidRPr="00143D03">
              <w:rPr>
                <w:sz w:val="16"/>
                <w:lang w:val="fr-FR"/>
              </w:rPr>
              <w:t xml:space="preserve">de </w:t>
            </w:r>
            <w:proofErr w:type="spellStart"/>
            <w:r w:rsidRPr="00143D03">
              <w:rPr>
                <w:sz w:val="16"/>
                <w:lang w:val="fr-FR"/>
              </w:rPr>
              <w:t>investiții</w:t>
            </w:r>
            <w:proofErr w:type="spellEnd"/>
            <w:proofErr w:type="gramEnd"/>
            <w:r w:rsidRPr="00143D03">
              <w:rPr>
                <w:sz w:val="16"/>
                <w:lang w:val="fr-FR"/>
              </w:rPr>
              <w:t xml:space="preserve">: </w:t>
            </w:r>
          </w:p>
          <w:p w14:paraId="243A97F6" w14:textId="702530A1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proofErr w:type="spellStart"/>
            <w:r w:rsidRPr="0051574A">
              <w:rPr>
                <w:i/>
                <w:color w:val="7A7A7A"/>
                <w:lang w:val="fr-FR"/>
              </w:rPr>
              <w:t>Numele</w:t>
            </w:r>
            <w:proofErr w:type="spellEnd"/>
            <w:r w:rsidRPr="005157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51574A">
              <w:rPr>
                <w:i/>
                <w:color w:val="7A7A7A"/>
                <w:lang w:val="fr-FR"/>
              </w:rPr>
              <w:t>programului</w:t>
            </w:r>
            <w:proofErr w:type="spellEnd"/>
            <w:r w:rsidRPr="0051574A">
              <w:rPr>
                <w:i/>
                <w:color w:val="7A7A7A"/>
                <w:lang w:val="fr-FR"/>
              </w:rPr>
              <w:t xml:space="preserve"> </w:t>
            </w:r>
            <w:proofErr w:type="gramStart"/>
            <w:r w:rsidRPr="0051574A">
              <w:rPr>
                <w:i/>
                <w:color w:val="7A7A7A"/>
                <w:lang w:val="fr-FR"/>
              </w:rPr>
              <w:t xml:space="preserve">de </w:t>
            </w:r>
            <w:proofErr w:type="spellStart"/>
            <w:r w:rsidRPr="0051574A">
              <w:rPr>
                <w:i/>
                <w:color w:val="7A7A7A"/>
                <w:lang w:val="fr-FR"/>
              </w:rPr>
              <w:t>investiții</w:t>
            </w:r>
            <w:proofErr w:type="spellEnd"/>
            <w:proofErr w:type="gramEnd"/>
            <w:r w:rsidRPr="00143D03">
              <w:rPr>
                <w:sz w:val="16"/>
                <w:lang w:val="fr-FR"/>
              </w:rPr>
              <w:t xml:space="preserve">            .</w:t>
            </w:r>
          </w:p>
          <w:p w14:paraId="1A485C8C" w14:textId="0890102C" w:rsidR="0051574A" w:rsidRPr="00143D03" w:rsidRDefault="0051574A" w:rsidP="00DE7AC0">
            <w:pPr>
              <w:rPr>
                <w:lang w:val="fr-FR"/>
              </w:rPr>
            </w:pPr>
          </w:p>
        </w:tc>
      </w:tr>
    </w:tbl>
    <w:p w14:paraId="62C555E6" w14:textId="77777777" w:rsidR="0051574A" w:rsidRPr="00895605" w:rsidRDefault="0051574A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4338B" w14:paraId="40183A3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0E5EF3F" w14:textId="3FA053A7" w:rsidR="0014338B" w:rsidRDefault="00385A10">
            <w:pPr>
              <w:keepNext/>
            </w:pPr>
            <w:r w:rsidRPr="00895605">
              <w:rPr>
                <w:b/>
                <w:sz w:val="16"/>
                <w:lang w:val="fr-FR"/>
              </w:rPr>
              <w:t xml:space="preserve"> </w:t>
            </w:r>
            <w:r w:rsidR="00C330B3">
              <w:rPr>
                <w:b/>
                <w:sz w:val="16"/>
              </w:rPr>
              <w:t>8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 xml:space="preserve">DATA ȘI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14338B" w14:paraId="1944DB6E" w14:textId="77777777">
        <w:trPr>
          <w:cantSplit/>
          <w:trHeight w:val="510"/>
        </w:trPr>
        <w:tc>
          <w:tcPr>
            <w:tcW w:w="1606" w:type="dxa"/>
          </w:tcPr>
          <w:p w14:paraId="7C7D892B" w14:textId="77777777" w:rsidR="0014338B" w:rsidRDefault="00385A10">
            <w:r>
              <w:rPr>
                <w:b/>
                <w:color w:val="0D5F78"/>
              </w:rPr>
              <w:t>Data</w:t>
            </w:r>
          </w:p>
          <w:p w14:paraId="7704443C" w14:textId="77777777" w:rsidR="0014338B" w:rsidRDefault="0014338B"/>
        </w:tc>
        <w:tc>
          <w:tcPr>
            <w:tcW w:w="4818" w:type="dxa"/>
          </w:tcPr>
          <w:p w14:paraId="79BA9752" w14:textId="77777777" w:rsidR="0014338B" w:rsidRDefault="00385A10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14:paraId="064C29CA" w14:textId="77777777" w:rsidR="0014338B" w:rsidRDefault="0014338B"/>
        </w:tc>
        <w:tc>
          <w:tcPr>
            <w:tcW w:w="3212" w:type="dxa"/>
          </w:tcPr>
          <w:p w14:paraId="32EBEDBF" w14:textId="77777777" w:rsidR="0014338B" w:rsidRDefault="00385A1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200C772E" w14:textId="77777777" w:rsidR="0014338B" w:rsidRDefault="0014338B"/>
        </w:tc>
      </w:tr>
    </w:tbl>
    <w:p w14:paraId="01A2DBE3" w14:textId="77777777" w:rsidR="0014338B" w:rsidRDefault="0014338B">
      <w:pPr>
        <w:spacing w:line="168" w:lineRule="auto"/>
      </w:pPr>
    </w:p>
    <w:p w14:paraId="49999EF0" w14:textId="77777777" w:rsidR="0014338B" w:rsidRDefault="0014338B">
      <w:pPr>
        <w:spacing w:line="168" w:lineRule="auto"/>
        <w:rPr>
          <w:lang w:val="fr-FR"/>
        </w:rPr>
      </w:pPr>
    </w:p>
    <w:p w14:paraId="10653766" w14:textId="77777777" w:rsidR="00FB057B" w:rsidRDefault="00FB057B">
      <w:pPr>
        <w:spacing w:line="168" w:lineRule="auto"/>
        <w:rPr>
          <w:lang w:val="fr-FR"/>
        </w:rPr>
      </w:pPr>
    </w:p>
    <w:p w14:paraId="2753428A" w14:textId="696B4A4A" w:rsidR="00FB057B" w:rsidRPr="00895605" w:rsidRDefault="00FB057B" w:rsidP="0095442A">
      <w:pPr>
        <w:spacing w:after="200" w:line="276" w:lineRule="auto"/>
        <w:rPr>
          <w:lang w:val="fr-FR"/>
        </w:rPr>
      </w:pPr>
    </w:p>
    <w:sectPr w:rsidR="00FB057B" w:rsidRPr="00895605" w:rsidSect="00034616">
      <w:headerReference w:type="default" r:id="rId10"/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A27597" w14:textId="77777777" w:rsidR="00385A10" w:rsidRDefault="00385A10">
      <w:r>
        <w:separator/>
      </w:r>
    </w:p>
  </w:endnote>
  <w:endnote w:type="continuationSeparator" w:id="0">
    <w:p w14:paraId="5E60EC80" w14:textId="77777777" w:rsidR="00385A10" w:rsidRDefault="00385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6D87B9" w14:textId="292A9877" w:rsidR="0014338B" w:rsidRDefault="00385A10">
    <w:pPr>
      <w:pStyle w:val="Footer"/>
      <w:tabs>
        <w:tab w:val="right" w:pos="9639"/>
      </w:tabs>
    </w:pPr>
    <w:r>
      <w:rPr>
        <w:color w:val="595959"/>
      </w:rPr>
      <w:t>F_A_1</w:t>
    </w:r>
    <w:r w:rsidR="00143D03">
      <w:rPr>
        <w:color w:val="595959"/>
      </w:rPr>
      <w:t>1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872626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872626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D338C2" w14:textId="77777777" w:rsidR="00385A10" w:rsidRDefault="00385A10">
      <w:r>
        <w:separator/>
      </w:r>
    </w:p>
  </w:footnote>
  <w:footnote w:type="continuationSeparator" w:id="0">
    <w:p w14:paraId="3B002CC7" w14:textId="77777777" w:rsidR="00385A10" w:rsidRDefault="00385A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F42592" w14:textId="4FBCAD37" w:rsidR="00143D03" w:rsidRDefault="00143D03" w:rsidP="00143D03">
    <w:pPr>
      <w:pStyle w:val="Header"/>
      <w:rPr>
        <w:color w:val="595959"/>
      </w:rPr>
    </w:pPr>
    <w:r>
      <w:rPr>
        <w:color w:val="595959"/>
      </w:rPr>
      <w:t xml:space="preserve">F_A_11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0BF74728" w14:textId="77777777" w:rsidR="00143D03" w:rsidRPr="00143D03" w:rsidRDefault="00143D03" w:rsidP="00143D0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ED660D7"/>
    <w:multiLevelType w:val="hybridMultilevel"/>
    <w:tmpl w:val="E12E53EE"/>
    <w:lvl w:ilvl="0" w:tplc="21D4458C">
      <w:start w:val="1"/>
      <w:numFmt w:val="decimal"/>
      <w:lvlText w:val="%1."/>
      <w:lvlJc w:val="left"/>
      <w:pPr>
        <w:ind w:left="283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68DFF0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73C790A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0CC18C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0CA683A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9589C5E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EE8D23A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0C4BD5E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396496E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227B71F3"/>
    <w:multiLevelType w:val="hybridMultilevel"/>
    <w:tmpl w:val="B030A46C"/>
    <w:lvl w:ilvl="0" w:tplc="73260380">
      <w:start w:val="1"/>
      <w:numFmt w:val="decimal"/>
      <w:lvlText w:val="%1."/>
      <w:lvlJc w:val="left"/>
      <w:pPr>
        <w:ind w:left="426"/>
      </w:pPr>
      <w:rPr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F2358D2"/>
    <w:multiLevelType w:val="hybridMultilevel"/>
    <w:tmpl w:val="8390C64C"/>
    <w:lvl w:ilvl="0" w:tplc="D6169258">
      <w:start w:val="1"/>
      <w:numFmt w:val="bullet"/>
      <w:lvlText w:val=""/>
      <w:lvlJc w:val="left"/>
      <w:pPr>
        <w:ind w:left="2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C52E94E">
      <w:start w:val="1"/>
      <w:numFmt w:val="bullet"/>
      <w:lvlText w:val="o"/>
      <w:lvlJc w:val="left"/>
      <w:pPr>
        <w:ind w:left="11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3C63D8E">
      <w:start w:val="1"/>
      <w:numFmt w:val="bullet"/>
      <w:lvlText w:val="▪"/>
      <w:lvlJc w:val="left"/>
      <w:pPr>
        <w:ind w:left="18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21639EC">
      <w:start w:val="1"/>
      <w:numFmt w:val="bullet"/>
      <w:lvlText w:val="•"/>
      <w:lvlJc w:val="left"/>
      <w:pPr>
        <w:ind w:left="25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B980F3E">
      <w:start w:val="1"/>
      <w:numFmt w:val="bullet"/>
      <w:lvlText w:val="o"/>
      <w:lvlJc w:val="left"/>
      <w:pPr>
        <w:ind w:left="3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B12CFA6">
      <w:start w:val="1"/>
      <w:numFmt w:val="bullet"/>
      <w:lvlText w:val="▪"/>
      <w:lvlJc w:val="left"/>
      <w:pPr>
        <w:ind w:left="40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042C92">
      <w:start w:val="1"/>
      <w:numFmt w:val="bullet"/>
      <w:lvlText w:val="•"/>
      <w:lvlJc w:val="left"/>
      <w:pPr>
        <w:ind w:left="47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00F800">
      <w:start w:val="1"/>
      <w:numFmt w:val="bullet"/>
      <w:lvlText w:val="o"/>
      <w:lvlJc w:val="left"/>
      <w:pPr>
        <w:ind w:left="54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E8E196">
      <w:start w:val="1"/>
      <w:numFmt w:val="bullet"/>
      <w:lvlText w:val="▪"/>
      <w:lvlJc w:val="left"/>
      <w:pPr>
        <w:ind w:left="61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400A6E28"/>
    <w:multiLevelType w:val="hybridMultilevel"/>
    <w:tmpl w:val="A24EFFCE"/>
    <w:lvl w:ilvl="0" w:tplc="2B64F54C">
      <w:start w:val="1"/>
      <w:numFmt w:val="decimal"/>
      <w:lvlText w:val="%1)"/>
      <w:lvlJc w:val="left"/>
      <w:pPr>
        <w:ind w:left="427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B0A92A8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30AE94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70ACF2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D05F7E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070B910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422DD4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F2F302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100C6A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402F080A"/>
    <w:multiLevelType w:val="hybridMultilevel"/>
    <w:tmpl w:val="32B0DC7C"/>
    <w:lvl w:ilvl="0" w:tplc="1D92D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3"/>
  </w:num>
  <w:num w:numId="12">
    <w:abstractNumId w:val="12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16C43"/>
    <w:rsid w:val="0002124A"/>
    <w:rsid w:val="00034616"/>
    <w:rsid w:val="0006063C"/>
    <w:rsid w:val="000622EF"/>
    <w:rsid w:val="00071E24"/>
    <w:rsid w:val="0014338B"/>
    <w:rsid w:val="00143D03"/>
    <w:rsid w:val="0015074B"/>
    <w:rsid w:val="0029639D"/>
    <w:rsid w:val="0031695F"/>
    <w:rsid w:val="00326F90"/>
    <w:rsid w:val="00365E65"/>
    <w:rsid w:val="00385A10"/>
    <w:rsid w:val="00442B61"/>
    <w:rsid w:val="004A4CBC"/>
    <w:rsid w:val="004E233A"/>
    <w:rsid w:val="0051574A"/>
    <w:rsid w:val="005903A8"/>
    <w:rsid w:val="005C403B"/>
    <w:rsid w:val="006A1DB8"/>
    <w:rsid w:val="006D7C9B"/>
    <w:rsid w:val="00765D3C"/>
    <w:rsid w:val="00782BA8"/>
    <w:rsid w:val="007B0A4D"/>
    <w:rsid w:val="00872626"/>
    <w:rsid w:val="00895605"/>
    <w:rsid w:val="0091423B"/>
    <w:rsid w:val="0095442A"/>
    <w:rsid w:val="009C25E8"/>
    <w:rsid w:val="009D2314"/>
    <w:rsid w:val="00AA1D8D"/>
    <w:rsid w:val="00B11050"/>
    <w:rsid w:val="00B35B08"/>
    <w:rsid w:val="00B47730"/>
    <w:rsid w:val="00B56B5D"/>
    <w:rsid w:val="00B862D0"/>
    <w:rsid w:val="00C25235"/>
    <w:rsid w:val="00C330B3"/>
    <w:rsid w:val="00C75A7A"/>
    <w:rsid w:val="00CB0664"/>
    <w:rsid w:val="00CC429A"/>
    <w:rsid w:val="00D028DE"/>
    <w:rsid w:val="00DE33CD"/>
    <w:rsid w:val="00DF3A5F"/>
    <w:rsid w:val="00E61A6B"/>
    <w:rsid w:val="00F74426"/>
    <w:rsid w:val="00FB057B"/>
    <w:rsid w:val="00FC030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73651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l5tlu1">
    <w:name w:val="l5tlu1"/>
    <w:rsid w:val="00365E65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2523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25235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25235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26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6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l5tlu1">
    <w:name w:val="l5tlu1"/>
    <w:rsid w:val="00365E65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2523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25235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25235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26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6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A41820F-EA25-4174-B1EC-6EAC7D6CB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700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4754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HEMEIUS150</cp:lastModifiedBy>
  <cp:revision>2</cp:revision>
  <dcterms:created xsi:type="dcterms:W3CDTF">2013-12-23T23:15:00Z</dcterms:created>
  <dcterms:modified xsi:type="dcterms:W3CDTF">2026-09-02T06:44:00Z</dcterms:modified>
  <cp:category/>
</cp:coreProperties>
</file>