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02E19" w14:paraId="228A591A" w14:textId="77777777" w:rsidTr="00171297">
        <w:trPr>
          <w:cantSplit/>
          <w:trHeight w:val="416"/>
        </w:trPr>
        <w:tc>
          <w:tcPr>
            <w:tcW w:w="1606" w:type="dxa"/>
            <w:vMerge w:val="restart"/>
            <w:vAlign w:val="center"/>
          </w:tcPr>
          <w:p w14:paraId="68C50B52" w14:textId="77777777" w:rsidR="00102E19" w:rsidRDefault="00102E19" w:rsidP="00171297">
            <w:pPr>
              <w:keepNext/>
              <w:jc w:val="center"/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61C9D3DA" wp14:editId="16D14344">
                  <wp:extent cx="762000" cy="9429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6A5028EB" w14:textId="77777777" w:rsidR="00102E19" w:rsidRDefault="00102E19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03EC14D" w14:textId="77777777" w:rsidR="00102E19" w:rsidRDefault="00102E19" w:rsidP="00171297">
            <w:pPr>
              <w:keepNext/>
            </w:pPr>
            <w:r w:rsidRPr="009B5D0B">
              <w:rPr>
                <w:b/>
              </w:rPr>
              <w:t>BACAU</w:t>
            </w:r>
          </w:p>
        </w:tc>
      </w:tr>
      <w:tr w:rsidR="00102E19" w14:paraId="563D46F1" w14:textId="77777777" w:rsidTr="00171297">
        <w:trPr>
          <w:cantSplit/>
          <w:trHeight w:val="414"/>
        </w:trPr>
        <w:tc>
          <w:tcPr>
            <w:tcW w:w="1606" w:type="dxa"/>
            <w:vMerge/>
          </w:tcPr>
          <w:p w14:paraId="308901C7" w14:textId="77777777" w:rsidR="00102E19" w:rsidRDefault="00102E19" w:rsidP="00171297"/>
        </w:tc>
        <w:tc>
          <w:tcPr>
            <w:tcW w:w="8030" w:type="dxa"/>
            <w:gridSpan w:val="3"/>
          </w:tcPr>
          <w:p w14:paraId="13160623" w14:textId="77777777" w:rsidR="00102E19" w:rsidRDefault="00102E19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4EF63432" w14:textId="77777777" w:rsidR="00102E19" w:rsidRDefault="00102E19" w:rsidP="00171297">
            <w:pPr>
              <w:keepNext/>
            </w:pPr>
            <w:r w:rsidRPr="009B5D0B">
              <w:rPr>
                <w:b/>
              </w:rPr>
              <w:t>COMUNA HEMEIUS</w:t>
            </w:r>
          </w:p>
        </w:tc>
      </w:tr>
      <w:tr w:rsidR="00102E19" w14:paraId="5183A7AB" w14:textId="77777777" w:rsidTr="00171297">
        <w:trPr>
          <w:cantSplit/>
          <w:trHeight w:val="510"/>
        </w:trPr>
        <w:tc>
          <w:tcPr>
            <w:tcW w:w="1606" w:type="dxa"/>
            <w:vMerge/>
          </w:tcPr>
          <w:p w14:paraId="07D77128" w14:textId="77777777" w:rsidR="00102E19" w:rsidRDefault="00102E19" w:rsidP="00171297"/>
        </w:tc>
        <w:tc>
          <w:tcPr>
            <w:tcW w:w="2409" w:type="dxa"/>
          </w:tcPr>
          <w:p w14:paraId="6F1CCAB1" w14:textId="77777777" w:rsidR="00102E19" w:rsidRPr="00EC4C89" w:rsidRDefault="00102E19" w:rsidP="00171297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EC4C89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EC4C89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C4C89">
              <w:rPr>
                <w:b/>
                <w:color w:val="0D5F78"/>
                <w:lang w:val="fr-FR"/>
              </w:rPr>
              <w:t xml:space="preserve"> (CIF)</w:t>
            </w:r>
          </w:p>
          <w:p w14:paraId="3E98ED39" w14:textId="77777777" w:rsidR="00102E19" w:rsidRPr="00EC4C89" w:rsidRDefault="00102E19" w:rsidP="00171297">
            <w:pPr>
              <w:keepNext/>
              <w:rPr>
                <w:lang w:val="fr-FR"/>
              </w:rPr>
            </w:pPr>
            <w:r w:rsidRPr="009B5D0B">
              <w:rPr>
                <w:b/>
                <w:lang w:val="fr-FR"/>
              </w:rPr>
              <w:t>4352832</w:t>
            </w:r>
          </w:p>
        </w:tc>
        <w:tc>
          <w:tcPr>
            <w:tcW w:w="5621" w:type="dxa"/>
            <w:gridSpan w:val="2"/>
          </w:tcPr>
          <w:p w14:paraId="0BD1868A" w14:textId="77777777" w:rsidR="00102E19" w:rsidRDefault="00102E19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00232604" w14:textId="77777777" w:rsidR="00102E19" w:rsidRDefault="00102E19" w:rsidP="00171297">
            <w:pPr>
              <w:keepNext/>
              <w:rPr>
                <w:b/>
              </w:rPr>
            </w:pPr>
            <w:r w:rsidRPr="009B5D0B">
              <w:rPr>
                <w:b/>
              </w:rPr>
              <w:t xml:space="preserve">Str. Ion </w:t>
            </w:r>
            <w:proofErr w:type="spellStart"/>
            <w:r w:rsidRPr="009B5D0B">
              <w:rPr>
                <w:b/>
              </w:rPr>
              <w:t>Simionescu</w:t>
            </w:r>
            <w:proofErr w:type="spellEnd"/>
            <w:r w:rsidRPr="009B5D0B">
              <w:rPr>
                <w:b/>
              </w:rPr>
              <w:t xml:space="preserve"> </w:t>
            </w:r>
            <w:proofErr w:type="spellStart"/>
            <w:r w:rsidRPr="009B5D0B">
              <w:rPr>
                <w:b/>
              </w:rPr>
              <w:t>nr</w:t>
            </w:r>
            <w:proofErr w:type="spellEnd"/>
            <w:r w:rsidRPr="009B5D0B">
              <w:rPr>
                <w:b/>
              </w:rPr>
              <w:t xml:space="preserve">. 221, </w:t>
            </w:r>
            <w:proofErr w:type="spellStart"/>
            <w:r>
              <w:rPr>
                <w:b/>
              </w:rPr>
              <w:t>Hemeius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jud</w:t>
            </w:r>
            <w:proofErr w:type="spellEnd"/>
            <w:r>
              <w:rPr>
                <w:b/>
              </w:rPr>
              <w:t>. Bacau,</w:t>
            </w:r>
          </w:p>
          <w:p w14:paraId="5F761EAC" w14:textId="77777777" w:rsidR="00102E19" w:rsidRDefault="00102E19" w:rsidP="00171297">
            <w:pPr>
              <w:keepNext/>
            </w:pPr>
            <w:r w:rsidRPr="009B5D0B">
              <w:rPr>
                <w:b/>
              </w:rPr>
              <w:t>tel.:0234/217510, fax: 0234/217675; E-mail :contact@primariahemeius.ro</w:t>
            </w:r>
          </w:p>
        </w:tc>
      </w:tr>
      <w:tr w:rsidR="00102E19" w14:paraId="19F83304" w14:textId="77777777" w:rsidTr="00171297">
        <w:trPr>
          <w:cantSplit/>
          <w:trHeight w:val="455"/>
        </w:trPr>
        <w:tc>
          <w:tcPr>
            <w:tcW w:w="1606" w:type="dxa"/>
            <w:vMerge/>
          </w:tcPr>
          <w:p w14:paraId="42C424A9" w14:textId="77777777" w:rsidR="00102E19" w:rsidRDefault="00102E19" w:rsidP="00171297"/>
        </w:tc>
        <w:tc>
          <w:tcPr>
            <w:tcW w:w="4818" w:type="dxa"/>
            <w:gridSpan w:val="2"/>
          </w:tcPr>
          <w:p w14:paraId="79BF438E" w14:textId="77777777" w:rsidR="00102E19" w:rsidRDefault="00102E19" w:rsidP="00171297"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98F8876" w14:textId="77777777" w:rsidR="00102E19" w:rsidRDefault="00102E19" w:rsidP="00171297"/>
        </w:tc>
        <w:tc>
          <w:tcPr>
            <w:tcW w:w="3212" w:type="dxa"/>
          </w:tcPr>
          <w:p w14:paraId="5272E3AB" w14:textId="77777777" w:rsidR="00102E19" w:rsidRDefault="00102E19" w:rsidP="00171297">
            <w:r>
              <w:rPr>
                <w:b/>
                <w:color w:val="0D5F78"/>
              </w:rPr>
              <w:t>Data</w:t>
            </w:r>
          </w:p>
          <w:p w14:paraId="1C94F7EE" w14:textId="77777777" w:rsidR="00102E19" w:rsidRDefault="00102E19" w:rsidP="00171297"/>
        </w:tc>
      </w:tr>
    </w:tbl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p w14:paraId="19E46984" w14:textId="77777777" w:rsidR="00E25052" w:rsidRPr="0021562A" w:rsidRDefault="002276DF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2276DF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F801F2" w:rsidRDefault="002276DF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C4842F2" w14:textId="77777777" w:rsidR="00E25052" w:rsidRPr="00F801F2" w:rsidRDefault="002276DF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sector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B3D1BF3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</w:tr>
      <w:tr w:rsidR="00E25052" w:rsidRPr="0021562A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F801F2" w:rsidRDefault="002276DF">
            <w:pPr>
              <w:spacing w:line="228" w:lineRule="auto"/>
              <w:rPr>
                <w:lang w:val="fr-FR"/>
              </w:rPr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președintele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consiliului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județean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general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de </w:t>
            </w:r>
            <w:proofErr w:type="spellStart"/>
            <w:r w:rsidRPr="00F801F2">
              <w:rPr>
                <w:lang w:val="fr-FR"/>
              </w:rPr>
              <w:t>sector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sau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orașului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comunei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după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caz</w:t>
            </w:r>
            <w:proofErr w:type="spellEnd"/>
            <w:r w:rsidRPr="00F801F2">
              <w:rPr>
                <w:lang w:val="fr-FR"/>
              </w:rPr>
              <w:t>.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Default="002276DF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Default="002276DF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Default="002276DF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Default="002276DF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Default="002276DF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2276DF">
            <w:r>
              <w:rPr>
                <w:b/>
                <w:color w:val="0D5F78"/>
              </w:rPr>
              <w:t>În calitate de reprezentant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2276DF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2276DF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14:paraId="2C7584EF" w14:textId="77777777" w:rsidR="00E25052" w:rsidRDefault="002276DF">
      <w:pPr>
        <w:spacing w:before="80" w:after="60"/>
        <w:jc w:val="center"/>
      </w:pPr>
      <w:r>
        <w:rPr>
          <w:sz w:val="18"/>
        </w:rPr>
        <w:t>solicit emiterea</w:t>
      </w:r>
    </w:p>
    <w:p w14:paraId="33797D79" w14:textId="77777777" w:rsidR="00E25052" w:rsidRPr="0021562A" w:rsidRDefault="002276DF">
      <w:pPr>
        <w:spacing w:after="160"/>
        <w:jc w:val="center"/>
        <w:rPr>
          <w:lang w:val="fr-FR"/>
        </w:rPr>
      </w:pPr>
      <w:bookmarkStart w:id="0" w:name="_GoBack"/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bookmarkEnd w:id="0"/>
          <w:p w14:paraId="56CF4AB8" w14:textId="77777777" w:rsidR="00E25052" w:rsidRDefault="002276DF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Default="002276DF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D07226C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5C06A6B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77777777" w:rsidR="00E25052" w:rsidRDefault="00E25052">
            <w:pPr>
              <w:keepNext/>
            </w:pP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2276DF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Număr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cadastral</w:t>
            </w:r>
          </w:p>
          <w:p w14:paraId="4088464C" w14:textId="77777777" w:rsidR="00E25052" w:rsidRPr="00F801F2" w:rsidRDefault="002276DF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i/>
                <w:color w:val="7A7A7A"/>
                <w:lang w:val="fr-FR"/>
              </w:rPr>
              <w:t>dacă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2276DF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21562A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21562A" w:rsidRDefault="002276DF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1562A">
              <w:rPr>
                <w:sz w:val="16"/>
                <w:lang w:val="fr-FR"/>
              </w:rPr>
              <w:t>funciară</w:t>
            </w:r>
            <w:proofErr w:type="spellEnd"/>
            <w:r w:rsidRPr="0021562A">
              <w:rPr>
                <w:sz w:val="16"/>
                <w:lang w:val="fr-FR"/>
              </w:rPr>
              <w:t xml:space="preserve"> </w:t>
            </w:r>
            <w:proofErr w:type="spellStart"/>
            <w:r w:rsidRPr="0021562A">
              <w:rPr>
                <w:sz w:val="16"/>
                <w:lang w:val="fr-FR"/>
              </w:rPr>
              <w:t>actualizat</w:t>
            </w:r>
            <w:proofErr w:type="spellEnd"/>
            <w:r w:rsidRPr="0021562A">
              <w:rPr>
                <w:sz w:val="16"/>
                <w:lang w:val="fr-FR"/>
              </w:rPr>
              <w:t xml:space="preserve">, </w:t>
            </w:r>
            <w:proofErr w:type="spellStart"/>
            <w:r w:rsidRPr="0021562A">
              <w:rPr>
                <w:sz w:val="16"/>
                <w:lang w:val="fr-FR"/>
              </w:rPr>
              <w:t>anexat</w:t>
            </w:r>
            <w:proofErr w:type="spellEnd"/>
            <w:r w:rsidRPr="0021562A">
              <w:rPr>
                <w:sz w:val="16"/>
                <w:lang w:val="fr-FR"/>
              </w:rPr>
              <w:t xml:space="preserve">     </w:t>
            </w:r>
          </w:p>
          <w:p w14:paraId="4D8DB8B6" w14:textId="6B074625" w:rsidR="00E25052" w:rsidRPr="00F8517F" w:rsidRDefault="002276DF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>☐</w:t>
            </w:r>
            <w:r w:rsidRPr="00F8517F">
              <w:rPr>
                <w:sz w:val="16"/>
                <w:lang w:val="fr-FR"/>
              </w:rPr>
              <w:t xml:space="preserve"> plan de </w:t>
            </w:r>
            <w:proofErr w:type="spellStart"/>
            <w:r w:rsidRPr="00F8517F">
              <w:rPr>
                <w:sz w:val="16"/>
                <w:lang w:val="fr-FR"/>
              </w:rPr>
              <w:t>încadrare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zonă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sistem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Stereo</w:t>
            </w:r>
            <w:proofErr w:type="spellEnd"/>
            <w:r w:rsidRPr="00F8517F">
              <w:rPr>
                <w:sz w:val="16"/>
                <w:lang w:val="fr-FR"/>
              </w:rPr>
              <w:t xml:space="preserve"> 70, </w:t>
            </w:r>
            <w:proofErr w:type="spellStart"/>
            <w:r w:rsidRPr="00F8517F">
              <w:rPr>
                <w:sz w:val="16"/>
                <w:lang w:val="fr-FR"/>
              </w:rPr>
              <w:t>anexat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eliberat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la </w:t>
            </w:r>
            <w:proofErr w:type="spellStart"/>
            <w:r w:rsidR="00F8517F" w:rsidRPr="00F8517F">
              <w:rPr>
                <w:sz w:val="16"/>
                <w:lang w:val="fr-FR"/>
              </w:rPr>
              <w:t>cerere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de </w:t>
            </w:r>
            <w:proofErr w:type="spellStart"/>
            <w:r w:rsidR="00F8517F" w:rsidRPr="00F8517F">
              <w:rPr>
                <w:sz w:val="16"/>
                <w:lang w:val="fr-FR"/>
              </w:rPr>
              <w:t>către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Agenția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Națională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="00F8517F" w:rsidRPr="00F8517F">
              <w:rPr>
                <w:sz w:val="16"/>
                <w:lang w:val="fr-FR"/>
              </w:rPr>
              <w:t>Cadastru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și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Publicitate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Imobiliară</w:t>
            </w:r>
            <w:proofErr w:type="spellEnd"/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2276DF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F801F2" w:rsidRDefault="002276DF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</w:t>
            </w:r>
            <w:proofErr w:type="spellStart"/>
            <w:r w:rsidRPr="00F801F2">
              <w:rPr>
                <w:sz w:val="16"/>
                <w:lang w:val="fr-FR"/>
              </w:rPr>
              <w:t>scris</w:t>
            </w:r>
            <w:proofErr w:type="spellEnd"/>
            <w:r w:rsidRPr="00F801F2">
              <w:rPr>
                <w:sz w:val="16"/>
                <w:lang w:val="fr-FR"/>
              </w:rPr>
              <w:t xml:space="preserve">, </w:t>
            </w:r>
            <w:proofErr w:type="spellStart"/>
            <w:r w:rsidRPr="00F801F2">
              <w:rPr>
                <w:sz w:val="16"/>
                <w:lang w:val="fr-FR"/>
              </w:rPr>
              <w:t>prin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poștă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digital, la </w:t>
            </w:r>
            <w:proofErr w:type="spellStart"/>
            <w:proofErr w:type="gramStart"/>
            <w:r w:rsidRPr="00F801F2">
              <w:rPr>
                <w:sz w:val="16"/>
                <w:lang w:val="fr-FR"/>
              </w:rPr>
              <w:t>adresa</w:t>
            </w:r>
            <w:proofErr w:type="spellEnd"/>
            <w:r w:rsidRPr="00F801F2">
              <w:rPr>
                <w:sz w:val="16"/>
                <w:lang w:val="fr-FR"/>
              </w:rPr>
              <w:t xml:space="preserve"> de e-mail </w:t>
            </w:r>
            <w:proofErr w:type="spellStart"/>
            <w:r w:rsidRPr="00F801F2">
              <w:rPr>
                <w:sz w:val="16"/>
                <w:lang w:val="fr-FR"/>
              </w:rPr>
              <w:t>indicată</w:t>
            </w:r>
            <w:proofErr w:type="spellEnd"/>
            <w:r w:rsidRPr="00F801F2">
              <w:rPr>
                <w:sz w:val="16"/>
                <w:lang w:val="fr-FR"/>
              </w:rPr>
              <w:t xml:space="preserve">    </w:t>
            </w:r>
            <w:proofErr w:type="gramEnd"/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ridicare</w:t>
            </w:r>
            <w:proofErr w:type="spellEnd"/>
            <w:r w:rsidRPr="00F801F2">
              <w:rPr>
                <w:sz w:val="16"/>
                <w:lang w:val="fr-FR"/>
              </w:rPr>
              <w:t xml:space="preserve"> de la </w:t>
            </w:r>
            <w:proofErr w:type="spellStart"/>
            <w:r w:rsidRPr="00F801F2">
              <w:rPr>
                <w:sz w:val="16"/>
                <w:lang w:val="fr-FR"/>
              </w:rPr>
              <w:t>sediul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2276DF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2276DF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2276DF">
            <w:r>
              <w:rPr>
                <w:b/>
                <w:color w:val="0D5F78"/>
              </w:rPr>
              <w:t>Solicitantul</w:t>
            </w:r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2276DF">
            <w:r>
              <w:rPr>
                <w:b/>
                <w:color w:val="0D5F78"/>
              </w:rPr>
              <w:t>Semnătura</w:t>
            </w:r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headerReference w:type="default" r:id="rId10"/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861427" w14:textId="77777777" w:rsidR="002276DF" w:rsidRDefault="002276DF">
      <w:r>
        <w:separator/>
      </w:r>
    </w:p>
  </w:endnote>
  <w:endnote w:type="continuationSeparator" w:id="0">
    <w:p w14:paraId="236FFAD9" w14:textId="77777777" w:rsidR="002276DF" w:rsidRDefault="00227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371E53" w14:textId="180E0261" w:rsidR="00E25052" w:rsidRDefault="00F801F2">
    <w:pPr>
      <w:pStyle w:val="Footer"/>
      <w:tabs>
        <w:tab w:val="right" w:pos="9639"/>
      </w:tabs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02E19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02E19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4045F2" w14:textId="77777777" w:rsidR="002276DF" w:rsidRDefault="002276DF">
      <w:r>
        <w:separator/>
      </w:r>
    </w:p>
  </w:footnote>
  <w:footnote w:type="continuationSeparator" w:id="0">
    <w:p w14:paraId="27C5ACB1" w14:textId="77777777" w:rsidR="002276DF" w:rsidRDefault="002276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F67F69" w14:textId="77777777" w:rsidR="00F8517F" w:rsidRPr="00F8517F" w:rsidRDefault="00F8517F" w:rsidP="00F8517F">
    <w:pPr>
      <w:pStyle w:val="Header"/>
      <w:rPr>
        <w:b/>
        <w:bCs/>
        <w:i/>
        <w:iCs/>
        <w:color w:val="595959"/>
        <w:sz w:val="24"/>
        <w:szCs w:val="24"/>
        <w:u w:val="single"/>
      </w:rPr>
    </w:pPr>
    <w:proofErr w:type="spellStart"/>
    <w:r w:rsidRPr="00F8517F">
      <w:rPr>
        <w:b/>
        <w:bCs/>
        <w:i/>
        <w:iCs/>
        <w:color w:val="595959"/>
        <w:sz w:val="24"/>
        <w:szCs w:val="24"/>
        <w:u w:val="single"/>
      </w:rPr>
      <w:t>Anexa</w:t>
    </w:r>
    <w:proofErr w:type="spellEnd"/>
    <w:r w:rsidRPr="00F8517F">
      <w:rPr>
        <w:b/>
        <w:bCs/>
        <w:i/>
        <w:iCs/>
        <w:color w:val="595959"/>
        <w:sz w:val="24"/>
        <w:szCs w:val="24"/>
        <w:u w:val="single"/>
      </w:rPr>
      <w:t xml:space="preserve"> nr.1  </w:t>
    </w:r>
  </w:p>
  <w:p w14:paraId="30A11B91" w14:textId="654108AB" w:rsidR="00F8517F" w:rsidRPr="00F8517F" w:rsidRDefault="00F8517F" w:rsidP="00F8517F">
    <w:pPr>
      <w:pStyle w:val="Header"/>
      <w:rPr>
        <w:b/>
        <w:bCs/>
        <w:color w:val="595959"/>
      </w:rPr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F55B4"/>
    <w:rsid w:val="00102E19"/>
    <w:rsid w:val="0015074B"/>
    <w:rsid w:val="0021562A"/>
    <w:rsid w:val="002276DF"/>
    <w:rsid w:val="0029639D"/>
    <w:rsid w:val="00326F90"/>
    <w:rsid w:val="006C103E"/>
    <w:rsid w:val="00763A7C"/>
    <w:rsid w:val="00861954"/>
    <w:rsid w:val="009B5021"/>
    <w:rsid w:val="00AA1D8D"/>
    <w:rsid w:val="00B16250"/>
    <w:rsid w:val="00B47730"/>
    <w:rsid w:val="00CB0664"/>
    <w:rsid w:val="00E25052"/>
    <w:rsid w:val="00E61A6B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3986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02E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E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02E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E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28E60AC-32AE-4CDF-A2A0-3422A3C64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250</Words>
  <Characters>1456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1703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HEMEIUS150</cp:lastModifiedBy>
  <cp:revision>2</cp:revision>
  <dcterms:created xsi:type="dcterms:W3CDTF">2013-12-23T23:15:00Z</dcterms:created>
  <dcterms:modified xsi:type="dcterms:W3CDTF">2026-09-02T06:09:00Z</dcterms:modified>
  <cp:category/>
</cp:coreProperties>
</file>