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429DD" w14:paraId="1EB02E19" w14:textId="77777777" w:rsidTr="00171297">
        <w:trPr>
          <w:cantSplit/>
          <w:trHeight w:val="416"/>
        </w:trPr>
        <w:tc>
          <w:tcPr>
            <w:tcW w:w="1606" w:type="dxa"/>
            <w:vMerge w:val="restart"/>
            <w:vAlign w:val="center"/>
          </w:tcPr>
          <w:p w14:paraId="51DDFF15" w14:textId="77777777" w:rsidR="00A429DD" w:rsidRDefault="00A429DD" w:rsidP="00171297">
            <w:pPr>
              <w:keepNext/>
              <w:jc w:val="center"/>
            </w:pPr>
            <w:r>
              <w:rPr>
                <w:noProof/>
                <w:lang w:val="ro-RO" w:eastAsia="ro-RO"/>
              </w:rPr>
              <w:drawing>
                <wp:inline distT="0" distB="0" distL="0" distR="0" wp14:anchorId="74EFDE26" wp14:editId="312A54F0">
                  <wp:extent cx="762000" cy="94297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942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4C8FA743" w14:textId="77777777" w:rsidR="00A429DD" w:rsidRDefault="00A429DD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E109EFD" w14:textId="77777777" w:rsidR="00A429DD" w:rsidRDefault="00A429DD" w:rsidP="00171297">
            <w:pPr>
              <w:keepNext/>
            </w:pPr>
            <w:r w:rsidRPr="009B5D0B">
              <w:rPr>
                <w:b/>
              </w:rPr>
              <w:t>BACAU</w:t>
            </w:r>
          </w:p>
        </w:tc>
      </w:tr>
      <w:tr w:rsidR="00A429DD" w14:paraId="27636FDA" w14:textId="77777777" w:rsidTr="00171297">
        <w:trPr>
          <w:cantSplit/>
          <w:trHeight w:val="414"/>
        </w:trPr>
        <w:tc>
          <w:tcPr>
            <w:tcW w:w="1606" w:type="dxa"/>
            <w:vMerge/>
          </w:tcPr>
          <w:p w14:paraId="67E534EB" w14:textId="77777777" w:rsidR="00A429DD" w:rsidRDefault="00A429DD" w:rsidP="00171297"/>
        </w:tc>
        <w:tc>
          <w:tcPr>
            <w:tcW w:w="8030" w:type="dxa"/>
            <w:gridSpan w:val="3"/>
          </w:tcPr>
          <w:p w14:paraId="5F2C1248" w14:textId="77777777" w:rsidR="00A429DD" w:rsidRDefault="00A429DD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38C6381D" w14:textId="77777777" w:rsidR="00A429DD" w:rsidRDefault="00A429DD" w:rsidP="00171297">
            <w:pPr>
              <w:keepNext/>
            </w:pPr>
            <w:r w:rsidRPr="009B5D0B">
              <w:rPr>
                <w:b/>
              </w:rPr>
              <w:t>COMUNA HEMEIUS</w:t>
            </w:r>
          </w:p>
        </w:tc>
      </w:tr>
      <w:tr w:rsidR="00A429DD" w14:paraId="11210881" w14:textId="77777777" w:rsidTr="00171297">
        <w:trPr>
          <w:cantSplit/>
          <w:trHeight w:val="510"/>
        </w:trPr>
        <w:tc>
          <w:tcPr>
            <w:tcW w:w="1606" w:type="dxa"/>
            <w:vMerge/>
          </w:tcPr>
          <w:p w14:paraId="2CC6C454" w14:textId="77777777" w:rsidR="00A429DD" w:rsidRDefault="00A429DD" w:rsidP="00171297"/>
        </w:tc>
        <w:tc>
          <w:tcPr>
            <w:tcW w:w="2409" w:type="dxa"/>
          </w:tcPr>
          <w:p w14:paraId="6066A4F4" w14:textId="77777777" w:rsidR="00A429DD" w:rsidRPr="00EC4C89" w:rsidRDefault="00A429DD" w:rsidP="00171297">
            <w:pPr>
              <w:keepNext/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EC4C89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EC4C89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EC4C89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C4C89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EC4C89">
              <w:rPr>
                <w:b/>
                <w:color w:val="0D5F78"/>
                <w:lang w:val="fr-FR"/>
              </w:rPr>
              <w:t xml:space="preserve"> (CIF)</w:t>
            </w:r>
          </w:p>
          <w:p w14:paraId="5CD307B2" w14:textId="77777777" w:rsidR="00A429DD" w:rsidRPr="00EC4C89" w:rsidRDefault="00A429DD" w:rsidP="00171297">
            <w:pPr>
              <w:keepNext/>
              <w:rPr>
                <w:lang w:val="fr-FR"/>
              </w:rPr>
            </w:pPr>
            <w:r w:rsidRPr="009B5D0B">
              <w:rPr>
                <w:b/>
                <w:lang w:val="fr-FR"/>
              </w:rPr>
              <w:t>4352832</w:t>
            </w:r>
          </w:p>
        </w:tc>
        <w:tc>
          <w:tcPr>
            <w:tcW w:w="5621" w:type="dxa"/>
            <w:gridSpan w:val="2"/>
          </w:tcPr>
          <w:p w14:paraId="26DB1673" w14:textId="77777777" w:rsidR="00A429DD" w:rsidRDefault="00A429DD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3DF90B00" w14:textId="77777777" w:rsidR="00A429DD" w:rsidRDefault="00A429DD" w:rsidP="00171297">
            <w:pPr>
              <w:keepNext/>
              <w:rPr>
                <w:b/>
              </w:rPr>
            </w:pPr>
            <w:r w:rsidRPr="009B5D0B">
              <w:rPr>
                <w:b/>
              </w:rPr>
              <w:t xml:space="preserve">Str. Ion </w:t>
            </w:r>
            <w:proofErr w:type="spellStart"/>
            <w:r w:rsidRPr="009B5D0B">
              <w:rPr>
                <w:b/>
              </w:rPr>
              <w:t>Simionescu</w:t>
            </w:r>
            <w:proofErr w:type="spellEnd"/>
            <w:r w:rsidRPr="009B5D0B">
              <w:rPr>
                <w:b/>
              </w:rPr>
              <w:t xml:space="preserve"> </w:t>
            </w:r>
            <w:proofErr w:type="spellStart"/>
            <w:r w:rsidRPr="009B5D0B">
              <w:rPr>
                <w:b/>
              </w:rPr>
              <w:t>nr</w:t>
            </w:r>
            <w:proofErr w:type="spellEnd"/>
            <w:r w:rsidRPr="009B5D0B">
              <w:rPr>
                <w:b/>
              </w:rPr>
              <w:t xml:space="preserve">. 221, </w:t>
            </w:r>
            <w:proofErr w:type="spellStart"/>
            <w:r>
              <w:rPr>
                <w:b/>
              </w:rPr>
              <w:t>Hemeius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jud</w:t>
            </w:r>
            <w:proofErr w:type="spellEnd"/>
            <w:r>
              <w:rPr>
                <w:b/>
              </w:rPr>
              <w:t>. Bacau,</w:t>
            </w:r>
          </w:p>
          <w:p w14:paraId="1627D4F2" w14:textId="77777777" w:rsidR="00A429DD" w:rsidRDefault="00A429DD" w:rsidP="00171297">
            <w:pPr>
              <w:keepNext/>
            </w:pPr>
            <w:r w:rsidRPr="009B5D0B">
              <w:rPr>
                <w:b/>
              </w:rPr>
              <w:t>tel.:0234/217510, fax: 0234/217675; E-mail :contact@primariahemeius.ro</w:t>
            </w:r>
          </w:p>
        </w:tc>
      </w:tr>
      <w:tr w:rsidR="00A429DD" w14:paraId="1270300B" w14:textId="77777777" w:rsidTr="00171297">
        <w:trPr>
          <w:cantSplit/>
          <w:trHeight w:val="455"/>
        </w:trPr>
        <w:tc>
          <w:tcPr>
            <w:tcW w:w="1606" w:type="dxa"/>
            <w:vMerge/>
          </w:tcPr>
          <w:p w14:paraId="3B50065E" w14:textId="77777777" w:rsidR="00A429DD" w:rsidRDefault="00A429DD" w:rsidP="00171297"/>
        </w:tc>
        <w:tc>
          <w:tcPr>
            <w:tcW w:w="4818" w:type="dxa"/>
            <w:gridSpan w:val="2"/>
          </w:tcPr>
          <w:p w14:paraId="08112542" w14:textId="77777777" w:rsidR="00A429DD" w:rsidRDefault="00A429DD" w:rsidP="00171297"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 xml:space="preserve">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14CF180A" w14:textId="77777777" w:rsidR="00A429DD" w:rsidRDefault="00A429DD" w:rsidP="00171297"/>
        </w:tc>
        <w:tc>
          <w:tcPr>
            <w:tcW w:w="3212" w:type="dxa"/>
          </w:tcPr>
          <w:p w14:paraId="67DA00E9" w14:textId="77777777" w:rsidR="00A429DD" w:rsidRDefault="00A429DD" w:rsidP="00171297">
            <w:r>
              <w:rPr>
                <w:b/>
                <w:color w:val="0D5F78"/>
              </w:rPr>
              <w:t>Data</w:t>
            </w:r>
          </w:p>
          <w:p w14:paraId="3161DD36" w14:textId="77777777" w:rsidR="00A429DD" w:rsidRDefault="00A429DD" w:rsidP="00171297"/>
        </w:tc>
      </w:tr>
    </w:tbl>
    <w:p w14:paraId="72E6D1D1" w14:textId="77777777" w:rsidR="001E1635" w:rsidRPr="006257CA" w:rsidRDefault="001E1635">
      <w:pPr>
        <w:spacing w:line="168" w:lineRule="auto"/>
        <w:rPr>
          <w:lang w:val="fr-FR"/>
        </w:rPr>
      </w:pPr>
    </w:p>
    <w:p w14:paraId="1DD2FBAB" w14:textId="6A747212" w:rsidR="001E1635" w:rsidRPr="00A37FAC" w:rsidRDefault="00747D1A" w:rsidP="006257CA">
      <w:pPr>
        <w:spacing w:before="140" w:after="40"/>
        <w:jc w:val="center"/>
        <w:rPr>
          <w:sz w:val="28"/>
          <w:szCs w:val="28"/>
        </w:rPr>
      </w:pPr>
      <w:r w:rsidRPr="00A37FAC">
        <w:rPr>
          <w:b/>
          <w:sz w:val="28"/>
          <w:szCs w:val="28"/>
        </w:rPr>
        <w:t>CERERE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2045E07B" w14:textId="77777777">
        <w:trPr>
          <w:cantSplit/>
        </w:trPr>
        <w:tc>
          <w:tcPr>
            <w:tcW w:w="9636" w:type="dxa"/>
            <w:shd w:val="clear" w:color="auto" w:fill="F4F4F4"/>
          </w:tcPr>
          <w:p w14:paraId="420DA37E" w14:textId="77777777" w:rsidR="001E1635" w:rsidRDefault="00747D1A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E1635" w:rsidRPr="00A37FAC" w14:paraId="3420F494" w14:textId="77777777">
        <w:trPr>
          <w:cantSplit/>
          <w:trHeight w:val="510"/>
        </w:trPr>
        <w:tc>
          <w:tcPr>
            <w:tcW w:w="9636" w:type="dxa"/>
          </w:tcPr>
          <w:p w14:paraId="33C1A201" w14:textId="77777777" w:rsidR="001E1635" w:rsidRPr="006257CA" w:rsidRDefault="00747D1A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670D99B" w14:textId="77777777" w:rsidR="001E1635" w:rsidRPr="006257CA" w:rsidRDefault="00747D1A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sector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258CF99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</w:tr>
      <w:tr w:rsidR="001E1635" w:rsidRPr="00A37FAC" w14:paraId="75BAA432" w14:textId="77777777">
        <w:trPr>
          <w:cantSplit/>
        </w:trPr>
        <w:tc>
          <w:tcPr>
            <w:tcW w:w="9636" w:type="dxa"/>
            <w:shd w:val="clear" w:color="auto" w:fill="F4F4F4"/>
          </w:tcPr>
          <w:p w14:paraId="6F539CFE" w14:textId="77777777" w:rsidR="001E1635" w:rsidRPr="006257CA" w:rsidRDefault="00747D1A">
            <w:pPr>
              <w:spacing w:line="228" w:lineRule="auto"/>
              <w:rPr>
                <w:lang w:val="fr-FR"/>
              </w:rPr>
            </w:pPr>
            <w:proofErr w:type="spellStart"/>
            <w:r w:rsidRPr="006257CA">
              <w:rPr>
                <w:lang w:val="fr-FR"/>
              </w:rPr>
              <w:t>Cererea</w:t>
            </w:r>
            <w:proofErr w:type="spellEnd"/>
            <w:r w:rsidRPr="006257CA">
              <w:rPr>
                <w:lang w:val="fr-FR"/>
              </w:rPr>
              <w:t xml:space="preserve"> va fi </w:t>
            </w:r>
            <w:proofErr w:type="spellStart"/>
            <w:r w:rsidRPr="006257CA">
              <w:rPr>
                <w:lang w:val="fr-FR"/>
              </w:rPr>
              <w:t>transmisă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către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președintele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consiliului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județean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general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de </w:t>
            </w:r>
            <w:proofErr w:type="spellStart"/>
            <w:r w:rsidRPr="006257CA">
              <w:rPr>
                <w:lang w:val="fr-FR"/>
              </w:rPr>
              <w:t>sector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sau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municipiului</w:t>
            </w:r>
            <w:proofErr w:type="spellEnd"/>
            <w:r w:rsidRPr="006257CA">
              <w:rPr>
                <w:lang w:val="fr-FR"/>
              </w:rPr>
              <w:t xml:space="preserve"> / </w:t>
            </w:r>
            <w:proofErr w:type="spellStart"/>
            <w:r w:rsidRPr="006257CA">
              <w:rPr>
                <w:lang w:val="fr-FR"/>
              </w:rPr>
              <w:t>orașului</w:t>
            </w:r>
            <w:proofErr w:type="spellEnd"/>
            <w:r w:rsidRPr="006257CA">
              <w:rPr>
                <w:lang w:val="fr-FR"/>
              </w:rPr>
              <w:t xml:space="preserve"> / </w:t>
            </w:r>
            <w:proofErr w:type="spellStart"/>
            <w:r w:rsidRPr="006257CA">
              <w:rPr>
                <w:lang w:val="fr-FR"/>
              </w:rPr>
              <w:t>comunei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după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caz</w:t>
            </w:r>
            <w:proofErr w:type="spellEnd"/>
            <w:r w:rsidRPr="006257CA">
              <w:rPr>
                <w:lang w:val="fr-FR"/>
              </w:rPr>
              <w:t>.</w:t>
            </w:r>
          </w:p>
        </w:tc>
      </w:tr>
    </w:tbl>
    <w:p w14:paraId="143A0FF9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E1635" w14:paraId="5854020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2837609" w14:textId="77777777" w:rsidR="001E1635" w:rsidRDefault="00747D1A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E1635" w14:paraId="4480B39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9DF6AD7" w14:textId="77777777" w:rsidR="001E1635" w:rsidRDefault="00747D1A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7B1283D5" w14:textId="77777777" w:rsidR="001E1635" w:rsidRDefault="001E1635">
            <w:pPr>
              <w:keepNext/>
            </w:pPr>
          </w:p>
        </w:tc>
        <w:tc>
          <w:tcPr>
            <w:tcW w:w="4015" w:type="dxa"/>
            <w:gridSpan w:val="3"/>
          </w:tcPr>
          <w:p w14:paraId="10587865" w14:textId="77777777" w:rsidR="001E1635" w:rsidRDefault="00747D1A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2D0F7177" w14:textId="77777777" w:rsidR="001E1635" w:rsidRDefault="001E1635">
            <w:pPr>
              <w:keepNext/>
            </w:pPr>
          </w:p>
        </w:tc>
      </w:tr>
      <w:tr w:rsidR="001E1635" w14:paraId="281AC3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76FED4" w14:textId="77777777" w:rsidR="001E1635" w:rsidRDefault="00747D1A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1E1635" w14:paraId="3790C6C1" w14:textId="77777777">
        <w:trPr>
          <w:cantSplit/>
          <w:trHeight w:val="510"/>
        </w:trPr>
        <w:tc>
          <w:tcPr>
            <w:tcW w:w="1606" w:type="dxa"/>
          </w:tcPr>
          <w:p w14:paraId="25C5910B" w14:textId="77777777" w:rsidR="001E1635" w:rsidRDefault="00747D1A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75A06B3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43BFC13E" w14:textId="77777777" w:rsidR="001E1635" w:rsidRDefault="00747D1A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2E65348D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5"/>
          </w:tcPr>
          <w:p w14:paraId="7B9DD492" w14:textId="77777777" w:rsidR="001E1635" w:rsidRDefault="00747D1A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70F0CC9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60E597E4" w14:textId="77777777" w:rsidR="001E1635" w:rsidRDefault="00747D1A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00FA57" w14:textId="77777777" w:rsidR="001E1635" w:rsidRDefault="001E1635">
            <w:pPr>
              <w:keepNext/>
            </w:pPr>
          </w:p>
        </w:tc>
      </w:tr>
      <w:tr w:rsidR="001E1635" w14:paraId="67FFBA1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825AA36" w14:textId="77777777" w:rsidR="001E1635" w:rsidRDefault="00747D1A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1E1635" w14:paraId="5A3E1F2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89435AA" w14:textId="77777777" w:rsidR="001E1635" w:rsidRDefault="00747D1A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48DBA502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4"/>
          </w:tcPr>
          <w:p w14:paraId="2D5606EF" w14:textId="77777777" w:rsidR="001E1635" w:rsidRDefault="00747D1A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5854C40F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46F246FF" w14:textId="77777777" w:rsidR="001E1635" w:rsidRDefault="00747D1A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79A6C6B" w14:textId="77777777" w:rsidR="001E1635" w:rsidRDefault="001E1635">
            <w:pPr>
              <w:keepNext/>
            </w:pPr>
          </w:p>
        </w:tc>
      </w:tr>
      <w:tr w:rsidR="001E1635" w14:paraId="476479A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3E3D04" w14:textId="77777777" w:rsidR="001E1635" w:rsidRDefault="00747D1A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AB7831E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0D2DE660" w14:textId="77777777" w:rsidR="001E1635" w:rsidRDefault="00747D1A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4EBA780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4F859CEF" w14:textId="77777777" w:rsidR="001E1635" w:rsidRDefault="00747D1A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3E268F2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2FE0E9E0" w14:textId="77777777" w:rsidR="001E1635" w:rsidRDefault="00747D1A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27907AC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8282E65" w14:textId="77777777" w:rsidR="001E1635" w:rsidRDefault="00747D1A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888BB8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508ECD8F" w14:textId="77777777" w:rsidR="001E1635" w:rsidRDefault="00747D1A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170C48A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2E309097" w14:textId="77777777" w:rsidR="001E1635" w:rsidRDefault="00747D1A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1827BC03" w14:textId="77777777" w:rsidR="001E1635" w:rsidRDefault="001E1635">
            <w:pPr>
              <w:keepNext/>
            </w:pPr>
          </w:p>
        </w:tc>
      </w:tr>
      <w:tr w:rsidR="001E1635" w14:paraId="4797D9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9D0A0F" w14:textId="77777777" w:rsidR="001E1635" w:rsidRDefault="00747D1A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E1635" w14:paraId="10DC5DDE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77983B2" w14:textId="77777777" w:rsidR="001E1635" w:rsidRDefault="00747D1A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7BBE1A21" w14:textId="77777777" w:rsidR="001E1635" w:rsidRDefault="001E1635">
            <w:pPr>
              <w:keepNext/>
            </w:pPr>
          </w:p>
        </w:tc>
        <w:tc>
          <w:tcPr>
            <w:tcW w:w="5621" w:type="dxa"/>
            <w:gridSpan w:val="5"/>
          </w:tcPr>
          <w:p w14:paraId="46FD555B" w14:textId="77777777" w:rsidR="001E1635" w:rsidRDefault="00747D1A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7FC05727" w14:textId="77777777" w:rsidR="001E1635" w:rsidRDefault="001E1635">
            <w:pPr>
              <w:keepNext/>
            </w:pPr>
          </w:p>
        </w:tc>
      </w:tr>
      <w:tr w:rsidR="001E1635" w14:paraId="22088E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109DA4C" w14:textId="77777777" w:rsidR="001E1635" w:rsidRDefault="00747D1A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1E1635" w14:paraId="10CEC70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D5CCA69" w14:textId="77777777" w:rsidR="001E1635" w:rsidRDefault="00747D1A">
            <w:pPr>
              <w:keepNext/>
            </w:pPr>
            <w:r>
              <w:rPr>
                <w:b/>
                <w:color w:val="0D5F78"/>
              </w:rPr>
              <w:t>În calitate de reprezentant al</w:t>
            </w:r>
          </w:p>
          <w:p w14:paraId="2BCE0519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19A65997" w14:textId="77777777" w:rsidR="001E1635" w:rsidRDefault="00747D1A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1DC7B09A" w14:textId="77777777" w:rsidR="001E1635" w:rsidRDefault="001E1635">
            <w:pPr>
              <w:keepNext/>
            </w:pPr>
          </w:p>
        </w:tc>
      </w:tr>
      <w:tr w:rsidR="001E1635" w:rsidRPr="00A37FAC" w14:paraId="345755EE" w14:textId="77777777">
        <w:trPr>
          <w:cantSplit/>
        </w:trPr>
        <w:tc>
          <w:tcPr>
            <w:tcW w:w="9636" w:type="dxa"/>
            <w:gridSpan w:val="8"/>
          </w:tcPr>
          <w:p w14:paraId="67B56101" w14:textId="77777777" w:rsidR="001E1635" w:rsidRPr="006257CA" w:rsidRDefault="00747D1A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titular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dreptului</w:t>
            </w:r>
            <w:proofErr w:type="spellEnd"/>
            <w:r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Pr="006257CA">
              <w:rPr>
                <w:sz w:val="16"/>
                <w:lang w:val="fr-FR"/>
              </w:rPr>
              <w:t>proprietate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împuternicit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titularului</w:t>
            </w:r>
            <w:proofErr w:type="spellEnd"/>
          </w:p>
        </w:tc>
        <w:bookmarkStart w:id="0" w:name="_GoBack"/>
        <w:bookmarkEnd w:id="0"/>
      </w:tr>
    </w:tbl>
    <w:p w14:paraId="15885AE3" w14:textId="77777777" w:rsidR="001E1635" w:rsidRPr="006257CA" w:rsidRDefault="001E1635">
      <w:pPr>
        <w:spacing w:line="168" w:lineRule="auto"/>
        <w:rPr>
          <w:lang w:val="fr-FR"/>
        </w:rPr>
      </w:pPr>
    </w:p>
    <w:p w14:paraId="2B137E9F" w14:textId="77777777" w:rsidR="001E1635" w:rsidRPr="006257CA" w:rsidRDefault="00747D1A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în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conformitate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cu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prevederile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Legii</w:t>
      </w:r>
      <w:proofErr w:type="spellEnd"/>
      <w:r w:rsidRPr="006257CA">
        <w:rPr>
          <w:sz w:val="18"/>
          <w:lang w:val="fr-FR"/>
        </w:rPr>
        <w:t xml:space="preserve"> nr. 169/2026 </w:t>
      </w:r>
      <w:proofErr w:type="spellStart"/>
      <w:r w:rsidRPr="006257CA">
        <w:rPr>
          <w:sz w:val="18"/>
          <w:lang w:val="fr-FR"/>
        </w:rPr>
        <w:t>privind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Codul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amenajării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teritoriului</w:t>
      </w:r>
      <w:proofErr w:type="spellEnd"/>
      <w:r w:rsidRPr="006257CA">
        <w:rPr>
          <w:sz w:val="18"/>
          <w:lang w:val="fr-FR"/>
        </w:rPr>
        <w:t xml:space="preserve">, </w:t>
      </w:r>
      <w:proofErr w:type="spellStart"/>
      <w:r w:rsidRPr="006257CA">
        <w:rPr>
          <w:sz w:val="18"/>
          <w:lang w:val="fr-FR"/>
        </w:rPr>
        <w:t>urbanismului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și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construcțiilor</w:t>
      </w:r>
      <w:proofErr w:type="spellEnd"/>
      <w:r w:rsidRPr="006257CA">
        <w:rPr>
          <w:sz w:val="18"/>
          <w:lang w:val="fr-FR"/>
        </w:rPr>
        <w:t>,</w:t>
      </w:r>
    </w:p>
    <w:p w14:paraId="25ED7088" w14:textId="77777777" w:rsidR="001E1635" w:rsidRPr="006257CA" w:rsidRDefault="00747D1A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solicit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emiterea</w:t>
      </w:r>
      <w:proofErr w:type="spellEnd"/>
    </w:p>
    <w:p w14:paraId="2102D1EC" w14:textId="77777777" w:rsidR="001E1635" w:rsidRPr="006257CA" w:rsidRDefault="00747D1A">
      <w:pPr>
        <w:spacing w:after="160"/>
        <w:jc w:val="center"/>
        <w:rPr>
          <w:lang w:val="fr-FR"/>
        </w:rPr>
      </w:pPr>
      <w:r w:rsidRPr="006257CA">
        <w:rPr>
          <w:b/>
          <w:sz w:val="20"/>
          <w:lang w:val="fr-FR"/>
        </w:rPr>
        <w:t>CERTIFICATULUI DE URBANISM</w:t>
      </w:r>
    </w:p>
    <w:p w14:paraId="043C0D46" w14:textId="77777777" w:rsidR="001E1635" w:rsidRDefault="00747D1A">
      <w:pPr>
        <w:spacing w:after="160"/>
        <w:jc w:val="center"/>
        <w:rPr>
          <w:b/>
          <w:sz w:val="20"/>
          <w:lang w:val="fr-FR"/>
        </w:rPr>
      </w:pPr>
      <w:r w:rsidRPr="006257CA">
        <w:rPr>
          <w:b/>
          <w:sz w:val="20"/>
          <w:lang w:val="fr-FR"/>
        </w:rPr>
        <w:t>PENTRU OPERAȚIUNI CADASTRALE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6257CA" w:rsidRPr="006257CA" w14:paraId="1F9B2A48" w14:textId="77777777" w:rsidTr="006257CA">
        <w:tc>
          <w:tcPr>
            <w:tcW w:w="9636" w:type="dxa"/>
          </w:tcPr>
          <w:p w14:paraId="231CB6BD" w14:textId="5A290929" w:rsidR="006257CA" w:rsidRPr="006257CA" w:rsidRDefault="006257CA" w:rsidP="00C245EC">
            <w:pPr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3. </w:t>
            </w:r>
            <w:r w:rsidRPr="006257CA">
              <w:rPr>
                <w:b/>
                <w:bCs/>
                <w:sz w:val="18"/>
                <w:szCs w:val="18"/>
              </w:rPr>
              <w:t>ÎN  VEDEREA REALIZĂRII OPERAȚIUNII CADATRALE :</w:t>
            </w:r>
          </w:p>
        </w:tc>
      </w:tr>
      <w:tr w:rsidR="006257CA" w:rsidRPr="00A37FAC" w14:paraId="3DEC5D63" w14:textId="77777777" w:rsidTr="006257CA">
        <w:tc>
          <w:tcPr>
            <w:tcW w:w="9636" w:type="dxa"/>
          </w:tcPr>
          <w:p w14:paraId="008D0B05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comasare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r w:rsidRPr="000F0E2F">
              <w:rPr>
                <w:lang w:val="fr-FR"/>
              </w:rPr>
              <w:t>alipire</w:t>
            </w:r>
            <w:proofErr w:type="spellEnd"/>
            <w:r w:rsidRPr="000F0E2F">
              <w:rPr>
                <w:lang w:val="fr-FR"/>
              </w:rPr>
              <w:t xml:space="preserve">)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dezmembrare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r w:rsidRPr="000F0E2F">
              <w:rPr>
                <w:lang w:val="fr-FR"/>
              </w:rPr>
              <w:t>dezlipire</w:t>
            </w:r>
            <w:proofErr w:type="spellEnd"/>
            <w:r w:rsidRPr="000F0E2F">
              <w:rPr>
                <w:lang w:val="fr-FR"/>
              </w:rPr>
              <w:t xml:space="preserve">)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nscrierea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unor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servitu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trecere</w:t>
            </w:r>
            <w:proofErr w:type="spellEnd"/>
          </w:p>
        </w:tc>
      </w:tr>
      <w:tr w:rsidR="006257CA" w:rsidRPr="00A37FAC" w14:paraId="13134CBC" w14:textId="77777777" w:rsidTr="006257CA">
        <w:tc>
          <w:tcPr>
            <w:tcW w:w="9636" w:type="dxa"/>
          </w:tcPr>
          <w:p w14:paraId="2FC77D01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lang w:val="fr-FR"/>
              </w:rPr>
              <w:t xml:space="preserve">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  <w:r w:rsidRPr="000F0E2F">
              <w:rPr>
                <w:lang w:val="fr-FR"/>
              </w:rPr>
              <w:t xml:space="preserve">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reeviden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</w:p>
        </w:tc>
      </w:tr>
      <w:tr w:rsidR="001E1635" w14:paraId="4130274C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  <w:shd w:val="clear" w:color="auto" w:fill="F4F4F4"/>
          </w:tcPr>
          <w:p w14:paraId="0ED5F54C" w14:textId="12969A2F" w:rsidR="001E1635" w:rsidRDefault="006257CA">
            <w:pPr>
              <w:keepNext/>
            </w:pPr>
            <w:proofErr w:type="spellStart"/>
            <w:r>
              <w:rPr>
                <w:sz w:val="16"/>
                <w:lang w:val="fr-FR"/>
              </w:rPr>
              <w:t>Descrierea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operațiunii</w:t>
            </w:r>
            <w:proofErr w:type="spellEnd"/>
            <w:r>
              <w:rPr>
                <w:sz w:val="16"/>
                <w:lang w:val="fr-FR"/>
              </w:rPr>
              <w:t xml:space="preserve"> cadastrale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> :</w:t>
            </w:r>
          </w:p>
        </w:tc>
      </w:tr>
      <w:tr w:rsidR="001E1635" w14:paraId="2E947D31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</w:tcPr>
          <w:p w14:paraId="6F605B69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  <w:p w14:paraId="5E9FABF3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1939A91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E1635" w14:paraId="41F9A1C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69D7761" w14:textId="0F69B76E" w:rsidR="001E1635" w:rsidRDefault="00747D1A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 w:rsidR="006257CA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E1635" w14:paraId="5CECB338" w14:textId="77777777">
        <w:trPr>
          <w:cantSplit/>
        </w:trPr>
        <w:tc>
          <w:tcPr>
            <w:tcW w:w="9636" w:type="dxa"/>
            <w:gridSpan w:val="6"/>
          </w:tcPr>
          <w:p w14:paraId="20BF109A" w14:textId="77777777" w:rsidR="001E1635" w:rsidRDefault="00747D1A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1E1635" w14:paraId="45CA87B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FA44BEC" w14:textId="77777777" w:rsidR="001E1635" w:rsidRDefault="00747D1A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5D01A21B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22B4CBF0" w14:textId="77777777" w:rsidR="001E1635" w:rsidRDefault="00747D1A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D007FC5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67326A47" w14:textId="77777777" w:rsidR="001E1635" w:rsidRDefault="00747D1A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14240B19" w14:textId="77777777" w:rsidR="001E1635" w:rsidRDefault="001E1635">
            <w:pPr>
              <w:keepNext/>
            </w:pPr>
          </w:p>
        </w:tc>
      </w:tr>
      <w:tr w:rsidR="001E1635" w14:paraId="558EF397" w14:textId="77777777">
        <w:trPr>
          <w:cantSplit/>
          <w:trHeight w:val="510"/>
        </w:trPr>
        <w:tc>
          <w:tcPr>
            <w:tcW w:w="1606" w:type="dxa"/>
          </w:tcPr>
          <w:p w14:paraId="05C62658" w14:textId="77777777" w:rsidR="001E1635" w:rsidRDefault="00747D1A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DB9B8CA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3"/>
          </w:tcPr>
          <w:p w14:paraId="78F2E769" w14:textId="77777777" w:rsidR="001E1635" w:rsidRDefault="00747D1A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9A492AB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99B76C6" w14:textId="77777777" w:rsidR="001E1635" w:rsidRDefault="00747D1A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C285CCD" w14:textId="77777777" w:rsidR="001E1635" w:rsidRDefault="001E1635">
            <w:pPr>
              <w:keepNext/>
            </w:pPr>
          </w:p>
        </w:tc>
        <w:tc>
          <w:tcPr>
            <w:tcW w:w="2409" w:type="dxa"/>
          </w:tcPr>
          <w:p w14:paraId="737CFA43" w14:textId="77777777" w:rsidR="001E1635" w:rsidRDefault="00747D1A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C99DBB8" w14:textId="77777777" w:rsidR="001E1635" w:rsidRDefault="001E1635">
            <w:pPr>
              <w:keepNext/>
            </w:pPr>
          </w:p>
        </w:tc>
      </w:tr>
      <w:tr w:rsidR="001E1635" w14:paraId="7C749B99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823C836" w14:textId="77777777" w:rsidR="001E1635" w:rsidRPr="006257CA" w:rsidRDefault="00747D1A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Număr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cadastral</w:t>
            </w:r>
          </w:p>
          <w:p w14:paraId="3FC4B016" w14:textId="77777777" w:rsidR="001E1635" w:rsidRPr="006257CA" w:rsidRDefault="00747D1A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i/>
                <w:color w:val="7A7A7A"/>
                <w:lang w:val="fr-FR"/>
              </w:rPr>
              <w:t>dacă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e-Terra</w:t>
            </w:r>
          </w:p>
          <w:p w14:paraId="77A4081E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6AD855B7" w14:textId="77777777" w:rsidR="001E1635" w:rsidRDefault="00747D1A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</w:t>
            </w:r>
          </w:p>
          <w:p w14:paraId="085D4033" w14:textId="77777777" w:rsidR="001E1635" w:rsidRDefault="001E1635">
            <w:pPr>
              <w:keepNext/>
            </w:pPr>
          </w:p>
        </w:tc>
      </w:tr>
    </w:tbl>
    <w:p w14:paraId="6A8F4A2A" w14:textId="1AAC5F68" w:rsidR="001E1635" w:rsidRPr="006257CA" w:rsidRDefault="001E1635" w:rsidP="006257CA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748EC5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61D13D6" w14:textId="77777777" w:rsidR="001E1635" w:rsidRDefault="00747D1A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1E1635" w:rsidRPr="00A37FAC" w14:paraId="289229A3" w14:textId="77777777">
        <w:trPr>
          <w:cantSplit/>
        </w:trPr>
        <w:tc>
          <w:tcPr>
            <w:tcW w:w="9636" w:type="dxa"/>
          </w:tcPr>
          <w:p w14:paraId="595ED756" w14:textId="6E06C131" w:rsidR="006257CA" w:rsidRDefault="00747D1A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documentația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cadastrală</w:t>
            </w:r>
            <w:proofErr w:type="spellEnd"/>
            <w:r w:rsidRPr="006257CA">
              <w:rPr>
                <w:sz w:val="16"/>
                <w:lang w:val="fr-FR"/>
              </w:rPr>
              <w:t xml:space="preserve">     </w:t>
            </w:r>
            <w:r w:rsidR="006257CA">
              <w:rPr>
                <w:sz w:val="16"/>
                <w:lang w:val="fr-FR"/>
              </w:rPr>
              <w:t xml:space="preserve">                         </w:t>
            </w:r>
            <w:r w:rsidR="006257CA"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6257CA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="006257CA" w:rsidRPr="006257CA">
              <w:rPr>
                <w:sz w:val="16"/>
                <w:lang w:val="fr-FR"/>
              </w:rPr>
              <w:t xml:space="preserve">plan </w:t>
            </w:r>
            <w:proofErr w:type="spellStart"/>
            <w:r w:rsidR="006257CA" w:rsidRPr="006257CA">
              <w:rPr>
                <w:sz w:val="16"/>
                <w:lang w:val="fr-FR"/>
              </w:rPr>
              <w:t>cu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o </w:t>
            </w:r>
            <w:proofErr w:type="spellStart"/>
            <w:r w:rsidR="006257CA" w:rsidRPr="006257CA">
              <w:rPr>
                <w:sz w:val="16"/>
                <w:lang w:val="fr-FR"/>
              </w:rPr>
              <w:t>propunere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="006257CA" w:rsidRPr="006257CA">
              <w:rPr>
                <w:sz w:val="16"/>
                <w:lang w:val="fr-FR"/>
              </w:rPr>
              <w:t>comasare</w:t>
            </w:r>
            <w:proofErr w:type="spellEnd"/>
            <w:r w:rsidR="006257CA" w:rsidRPr="006257CA">
              <w:rPr>
                <w:sz w:val="16"/>
                <w:lang w:val="fr-FR"/>
              </w:rPr>
              <w:t>/</w:t>
            </w:r>
            <w:proofErr w:type="spellStart"/>
            <w:r w:rsidR="006257CA" w:rsidRPr="006257CA">
              <w:rPr>
                <w:sz w:val="16"/>
                <w:lang w:val="fr-FR"/>
              </w:rPr>
              <w:t>dezmembrare</w:t>
            </w:r>
            <w:proofErr w:type="spellEnd"/>
          </w:p>
          <w:p w14:paraId="2445E5EB" w14:textId="2BE49333" w:rsidR="001E1635" w:rsidRPr="006257CA" w:rsidRDefault="006257CA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 xml:space="preserve">☐ extras de carte </w:t>
            </w:r>
            <w:proofErr w:type="spellStart"/>
            <w:r w:rsidRPr="006257CA">
              <w:rPr>
                <w:sz w:val="16"/>
                <w:lang w:val="fr-FR"/>
              </w:rPr>
              <w:t>funciară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actualizat</w:t>
            </w:r>
            <w:proofErr w:type="spellEnd"/>
            <w:r>
              <w:rPr>
                <w:sz w:val="16"/>
                <w:lang w:val="fr-FR"/>
              </w:rPr>
              <w:t xml:space="preserve">              </w:t>
            </w:r>
            <w:r w:rsidRPr="006257CA">
              <w:rPr>
                <w:sz w:val="16"/>
                <w:lang w:val="fr-FR"/>
              </w:rPr>
              <w:t xml:space="preserve">☐ plan de </w:t>
            </w:r>
            <w:proofErr w:type="spellStart"/>
            <w:r w:rsidRPr="006257CA">
              <w:rPr>
                <w:sz w:val="16"/>
                <w:lang w:val="fr-FR"/>
              </w:rPr>
              <w:t>încadrare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zonă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sistem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Stereo</w:t>
            </w:r>
            <w:proofErr w:type="spellEnd"/>
            <w:r w:rsidRPr="006257CA">
              <w:rPr>
                <w:sz w:val="16"/>
                <w:lang w:val="fr-FR"/>
              </w:rPr>
              <w:t xml:space="preserve"> 70</w:t>
            </w:r>
            <w:r>
              <w:rPr>
                <w:sz w:val="16"/>
                <w:lang w:val="fr-FR"/>
              </w:rPr>
              <w:t xml:space="preserve">                    </w:t>
            </w:r>
            <w:r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împuternicirea</w:t>
            </w:r>
            <w:proofErr w:type="spellEnd"/>
            <w:r w:rsidRPr="006257CA">
              <w:rPr>
                <w:sz w:val="16"/>
                <w:lang w:val="fr-FR"/>
              </w:rPr>
              <w:t xml:space="preserve">, </w:t>
            </w:r>
            <w:proofErr w:type="spellStart"/>
            <w:r w:rsidRPr="006257CA">
              <w:rPr>
                <w:sz w:val="16"/>
                <w:lang w:val="fr-FR"/>
              </w:rPr>
              <w:t>dacă</w:t>
            </w:r>
            <w:proofErr w:type="spellEnd"/>
            <w:r w:rsidRPr="006257CA">
              <w:rPr>
                <w:sz w:val="16"/>
                <w:lang w:val="fr-FR"/>
              </w:rPr>
              <w:t xml:space="preserve"> este </w:t>
            </w:r>
            <w:proofErr w:type="spellStart"/>
            <w:r w:rsidRPr="006257CA">
              <w:rPr>
                <w:sz w:val="16"/>
                <w:lang w:val="fr-FR"/>
              </w:rPr>
              <w:t>cazul</w:t>
            </w:r>
            <w:proofErr w:type="spellEnd"/>
            <w:r w:rsidRPr="006257CA">
              <w:rPr>
                <w:sz w:val="16"/>
                <w:lang w:val="fr-FR"/>
              </w:rPr>
              <w:t xml:space="preserve">      </w:t>
            </w:r>
          </w:p>
        </w:tc>
      </w:tr>
    </w:tbl>
    <w:p w14:paraId="0A540DB6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457DF426" w14:textId="77777777">
        <w:trPr>
          <w:cantSplit/>
        </w:trPr>
        <w:tc>
          <w:tcPr>
            <w:tcW w:w="9636" w:type="dxa"/>
            <w:shd w:val="clear" w:color="auto" w:fill="F4F4F4"/>
          </w:tcPr>
          <w:p w14:paraId="559EBB22" w14:textId="77777777" w:rsidR="001E1635" w:rsidRDefault="00747D1A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1E1635" w:rsidRPr="00A37FAC" w14:paraId="49112FAF" w14:textId="77777777">
        <w:trPr>
          <w:cantSplit/>
        </w:trPr>
        <w:tc>
          <w:tcPr>
            <w:tcW w:w="9636" w:type="dxa"/>
          </w:tcPr>
          <w:p w14:paraId="0C0C25C2" w14:textId="77777777" w:rsidR="001E1635" w:rsidRPr="006257CA" w:rsidRDefault="00747D1A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</w:t>
            </w:r>
            <w:proofErr w:type="spellStart"/>
            <w:r w:rsidRPr="006257CA">
              <w:rPr>
                <w:sz w:val="16"/>
                <w:lang w:val="fr-FR"/>
              </w:rPr>
              <w:t>scris</w:t>
            </w:r>
            <w:proofErr w:type="spellEnd"/>
            <w:r w:rsidRPr="006257CA">
              <w:rPr>
                <w:sz w:val="16"/>
                <w:lang w:val="fr-FR"/>
              </w:rPr>
              <w:t xml:space="preserve">, </w:t>
            </w:r>
            <w:proofErr w:type="spellStart"/>
            <w:r w:rsidRPr="006257CA">
              <w:rPr>
                <w:sz w:val="16"/>
                <w:lang w:val="fr-FR"/>
              </w:rPr>
              <w:t>prin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poștă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digital, la </w:t>
            </w:r>
            <w:proofErr w:type="spellStart"/>
            <w:proofErr w:type="gramStart"/>
            <w:r w:rsidRPr="006257CA">
              <w:rPr>
                <w:sz w:val="16"/>
                <w:lang w:val="fr-FR"/>
              </w:rPr>
              <w:t>adresa</w:t>
            </w:r>
            <w:proofErr w:type="spellEnd"/>
            <w:r w:rsidRPr="006257CA">
              <w:rPr>
                <w:sz w:val="16"/>
                <w:lang w:val="fr-FR"/>
              </w:rPr>
              <w:t xml:space="preserve"> de e-mail </w:t>
            </w:r>
            <w:proofErr w:type="spellStart"/>
            <w:r w:rsidRPr="006257CA">
              <w:rPr>
                <w:sz w:val="16"/>
                <w:lang w:val="fr-FR"/>
              </w:rPr>
              <w:t>indicată</w:t>
            </w:r>
            <w:proofErr w:type="spellEnd"/>
            <w:r w:rsidRPr="006257CA">
              <w:rPr>
                <w:sz w:val="16"/>
                <w:lang w:val="fr-FR"/>
              </w:rPr>
              <w:t xml:space="preserve">    </w:t>
            </w:r>
            <w:proofErr w:type="gramEnd"/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ridicare</w:t>
            </w:r>
            <w:proofErr w:type="spellEnd"/>
            <w:r w:rsidRPr="006257CA">
              <w:rPr>
                <w:sz w:val="16"/>
                <w:lang w:val="fr-FR"/>
              </w:rPr>
              <w:t xml:space="preserve"> de la </w:t>
            </w:r>
            <w:proofErr w:type="spellStart"/>
            <w:r w:rsidRPr="006257CA">
              <w:rPr>
                <w:sz w:val="16"/>
                <w:lang w:val="fr-FR"/>
              </w:rPr>
              <w:t>sediul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335F2CDC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E1635" w14:paraId="31A38AB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548B70E" w14:textId="77777777" w:rsidR="001E1635" w:rsidRDefault="00747D1A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E1635" w14:paraId="5E47B751" w14:textId="77777777">
        <w:trPr>
          <w:cantSplit/>
          <w:trHeight w:val="510"/>
        </w:trPr>
        <w:tc>
          <w:tcPr>
            <w:tcW w:w="1606" w:type="dxa"/>
          </w:tcPr>
          <w:p w14:paraId="6A0CBD1B" w14:textId="77777777" w:rsidR="001E1635" w:rsidRDefault="00747D1A">
            <w:r>
              <w:rPr>
                <w:b/>
                <w:color w:val="0D5F78"/>
              </w:rPr>
              <w:t>Data</w:t>
            </w:r>
          </w:p>
          <w:p w14:paraId="05BFAAF9" w14:textId="77777777" w:rsidR="001E1635" w:rsidRDefault="001E1635"/>
        </w:tc>
        <w:tc>
          <w:tcPr>
            <w:tcW w:w="4818" w:type="dxa"/>
          </w:tcPr>
          <w:p w14:paraId="250ED718" w14:textId="77777777" w:rsidR="001E1635" w:rsidRDefault="00747D1A">
            <w:r>
              <w:rPr>
                <w:b/>
                <w:color w:val="0D5F78"/>
              </w:rPr>
              <w:t>Solicitantul</w:t>
            </w:r>
          </w:p>
          <w:p w14:paraId="455E75E1" w14:textId="77777777" w:rsidR="001E1635" w:rsidRDefault="001E1635"/>
        </w:tc>
        <w:tc>
          <w:tcPr>
            <w:tcW w:w="3212" w:type="dxa"/>
          </w:tcPr>
          <w:p w14:paraId="53DD217D" w14:textId="77777777" w:rsidR="001E1635" w:rsidRDefault="00747D1A">
            <w:r>
              <w:rPr>
                <w:b/>
                <w:color w:val="0D5F78"/>
              </w:rPr>
              <w:t>Semnătura</w:t>
            </w:r>
          </w:p>
          <w:p w14:paraId="655A8FB3" w14:textId="77777777" w:rsidR="001E1635" w:rsidRDefault="001E1635"/>
        </w:tc>
      </w:tr>
    </w:tbl>
    <w:p w14:paraId="005090D8" w14:textId="77777777" w:rsidR="001E1635" w:rsidRDefault="001E1635">
      <w:pPr>
        <w:spacing w:line="168" w:lineRule="auto"/>
      </w:pPr>
    </w:p>
    <w:sectPr w:rsidR="001E1635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0BE8F1" w14:textId="77777777" w:rsidR="00747D1A" w:rsidRDefault="00747D1A">
      <w:r>
        <w:separator/>
      </w:r>
    </w:p>
  </w:endnote>
  <w:endnote w:type="continuationSeparator" w:id="0">
    <w:p w14:paraId="216369B0" w14:textId="77777777" w:rsidR="00747D1A" w:rsidRDefault="00747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B8E5FA" w14:textId="77777777" w:rsidR="001E1635" w:rsidRDefault="00747D1A">
    <w:pPr>
      <w:pStyle w:val="Footer"/>
      <w:tabs>
        <w:tab w:val="right" w:pos="9639"/>
      </w:tabs>
    </w:pPr>
    <w:r>
      <w:rPr>
        <w:color w:val="595959"/>
      </w:rPr>
      <w:t xml:space="preserve">F_CU_02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429D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429DD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A16A3D" w14:textId="77777777" w:rsidR="00747D1A" w:rsidRDefault="00747D1A">
      <w:r>
        <w:separator/>
      </w:r>
    </w:p>
  </w:footnote>
  <w:footnote w:type="continuationSeparator" w:id="0">
    <w:p w14:paraId="27B3DD92" w14:textId="77777777" w:rsidR="00747D1A" w:rsidRDefault="00747D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E1635"/>
    <w:rsid w:val="0029639D"/>
    <w:rsid w:val="00326F90"/>
    <w:rsid w:val="006257CA"/>
    <w:rsid w:val="006C103E"/>
    <w:rsid w:val="00747D1A"/>
    <w:rsid w:val="009D782F"/>
    <w:rsid w:val="00A37FAC"/>
    <w:rsid w:val="00A429DD"/>
    <w:rsid w:val="00AA1D8D"/>
    <w:rsid w:val="00AC5F99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71537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429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9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429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9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D9E5ACC-8B2D-403B-A025-E0EB462D2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314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2137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HEMEIUS150</cp:lastModifiedBy>
  <cp:revision>2</cp:revision>
  <dcterms:created xsi:type="dcterms:W3CDTF">2013-12-23T23:15:00Z</dcterms:created>
  <dcterms:modified xsi:type="dcterms:W3CDTF">2026-09-02T06:11:00Z</dcterms:modified>
  <cp:category/>
</cp:coreProperties>
</file>