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2064E" w14:paraId="0D4FF1A8" w14:textId="77777777" w:rsidTr="00171297">
        <w:trPr>
          <w:cantSplit/>
          <w:trHeight w:val="416"/>
        </w:trPr>
        <w:tc>
          <w:tcPr>
            <w:tcW w:w="1606" w:type="dxa"/>
            <w:vMerge w:val="restart"/>
            <w:vAlign w:val="center"/>
          </w:tcPr>
          <w:p w14:paraId="67B7130B" w14:textId="77777777" w:rsidR="0092064E" w:rsidRDefault="0092064E" w:rsidP="00171297">
            <w:pPr>
              <w:keepNext/>
              <w:jc w:val="center"/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1CBC3A3A" wp14:editId="7C129796">
                  <wp:extent cx="762000" cy="9429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75627571" w14:textId="77777777" w:rsidR="0092064E" w:rsidRDefault="0092064E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D407832" w14:textId="77777777" w:rsidR="0092064E" w:rsidRDefault="0092064E" w:rsidP="00171297">
            <w:pPr>
              <w:keepNext/>
            </w:pPr>
            <w:r w:rsidRPr="009B5D0B">
              <w:rPr>
                <w:b/>
              </w:rPr>
              <w:t>BACAU</w:t>
            </w:r>
          </w:p>
        </w:tc>
      </w:tr>
      <w:tr w:rsidR="0092064E" w14:paraId="529A28A2" w14:textId="77777777" w:rsidTr="00171297">
        <w:trPr>
          <w:cantSplit/>
          <w:trHeight w:val="414"/>
        </w:trPr>
        <w:tc>
          <w:tcPr>
            <w:tcW w:w="1606" w:type="dxa"/>
            <w:vMerge/>
          </w:tcPr>
          <w:p w14:paraId="4EF66530" w14:textId="77777777" w:rsidR="0092064E" w:rsidRDefault="0092064E" w:rsidP="00171297"/>
        </w:tc>
        <w:tc>
          <w:tcPr>
            <w:tcW w:w="8030" w:type="dxa"/>
            <w:gridSpan w:val="3"/>
          </w:tcPr>
          <w:p w14:paraId="5D94D441" w14:textId="77777777" w:rsidR="0092064E" w:rsidRDefault="0092064E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319F9815" w14:textId="77777777" w:rsidR="0092064E" w:rsidRDefault="0092064E" w:rsidP="00171297">
            <w:pPr>
              <w:keepNext/>
            </w:pPr>
            <w:r w:rsidRPr="009B5D0B">
              <w:rPr>
                <w:b/>
              </w:rPr>
              <w:t>COMUNA HEMEIUS</w:t>
            </w:r>
          </w:p>
        </w:tc>
      </w:tr>
      <w:tr w:rsidR="0092064E" w14:paraId="27822B0C" w14:textId="77777777" w:rsidTr="00171297">
        <w:trPr>
          <w:cantSplit/>
          <w:trHeight w:val="510"/>
        </w:trPr>
        <w:tc>
          <w:tcPr>
            <w:tcW w:w="1606" w:type="dxa"/>
            <w:vMerge/>
          </w:tcPr>
          <w:p w14:paraId="7F15A1DE" w14:textId="77777777" w:rsidR="0092064E" w:rsidRDefault="0092064E" w:rsidP="00171297"/>
        </w:tc>
        <w:tc>
          <w:tcPr>
            <w:tcW w:w="2409" w:type="dxa"/>
          </w:tcPr>
          <w:p w14:paraId="7BEFCBBD" w14:textId="77777777" w:rsidR="0092064E" w:rsidRPr="00EC4C89" w:rsidRDefault="0092064E" w:rsidP="00171297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EC4C89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EC4C89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(CIF)</w:t>
            </w:r>
          </w:p>
          <w:p w14:paraId="396808DF" w14:textId="77777777" w:rsidR="0092064E" w:rsidRPr="00EC4C89" w:rsidRDefault="0092064E" w:rsidP="00171297">
            <w:pPr>
              <w:keepNext/>
              <w:rPr>
                <w:lang w:val="fr-FR"/>
              </w:rPr>
            </w:pPr>
            <w:r w:rsidRPr="009B5D0B">
              <w:rPr>
                <w:b/>
                <w:lang w:val="fr-FR"/>
              </w:rPr>
              <w:t>4352832</w:t>
            </w:r>
          </w:p>
        </w:tc>
        <w:tc>
          <w:tcPr>
            <w:tcW w:w="5621" w:type="dxa"/>
            <w:gridSpan w:val="2"/>
          </w:tcPr>
          <w:p w14:paraId="67292C8D" w14:textId="77777777" w:rsidR="0092064E" w:rsidRDefault="0092064E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19EF963" w14:textId="77777777" w:rsidR="0092064E" w:rsidRDefault="0092064E" w:rsidP="00171297">
            <w:pPr>
              <w:keepNext/>
              <w:rPr>
                <w:b/>
              </w:rPr>
            </w:pPr>
            <w:r w:rsidRPr="009B5D0B">
              <w:rPr>
                <w:b/>
              </w:rPr>
              <w:t xml:space="preserve">Str. Ion </w:t>
            </w:r>
            <w:proofErr w:type="spellStart"/>
            <w:r w:rsidRPr="009B5D0B">
              <w:rPr>
                <w:b/>
              </w:rPr>
              <w:t>Simionescu</w:t>
            </w:r>
            <w:proofErr w:type="spellEnd"/>
            <w:r w:rsidRPr="009B5D0B">
              <w:rPr>
                <w:b/>
              </w:rPr>
              <w:t xml:space="preserve"> </w:t>
            </w:r>
            <w:proofErr w:type="spellStart"/>
            <w:r w:rsidRPr="009B5D0B">
              <w:rPr>
                <w:b/>
              </w:rPr>
              <w:t>nr</w:t>
            </w:r>
            <w:proofErr w:type="spellEnd"/>
            <w:r w:rsidRPr="009B5D0B">
              <w:rPr>
                <w:b/>
              </w:rPr>
              <w:t xml:space="preserve">. 221, </w:t>
            </w:r>
            <w:proofErr w:type="spellStart"/>
            <w:r>
              <w:rPr>
                <w:b/>
              </w:rPr>
              <w:t>Hemeius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jud</w:t>
            </w:r>
            <w:proofErr w:type="spellEnd"/>
            <w:r>
              <w:rPr>
                <w:b/>
              </w:rPr>
              <w:t>. Bacau,</w:t>
            </w:r>
          </w:p>
          <w:p w14:paraId="3AD20E7A" w14:textId="77777777" w:rsidR="0092064E" w:rsidRDefault="0092064E" w:rsidP="00171297">
            <w:pPr>
              <w:keepNext/>
            </w:pPr>
            <w:r w:rsidRPr="009B5D0B">
              <w:rPr>
                <w:b/>
              </w:rPr>
              <w:t>tel.:0234/217510, fax: 0234/217675; E-mail :contact@primariahemeius.ro</w:t>
            </w:r>
          </w:p>
        </w:tc>
      </w:tr>
      <w:tr w:rsidR="0092064E" w14:paraId="0B497939" w14:textId="77777777" w:rsidTr="00171297">
        <w:trPr>
          <w:cantSplit/>
          <w:trHeight w:val="455"/>
        </w:trPr>
        <w:tc>
          <w:tcPr>
            <w:tcW w:w="1606" w:type="dxa"/>
            <w:vMerge/>
          </w:tcPr>
          <w:p w14:paraId="47BA4533" w14:textId="77777777" w:rsidR="0092064E" w:rsidRDefault="0092064E" w:rsidP="00171297"/>
        </w:tc>
        <w:tc>
          <w:tcPr>
            <w:tcW w:w="4818" w:type="dxa"/>
            <w:gridSpan w:val="2"/>
          </w:tcPr>
          <w:p w14:paraId="4FFD8733" w14:textId="77777777" w:rsidR="0092064E" w:rsidRDefault="0092064E" w:rsidP="00171297"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C3888EB" w14:textId="77777777" w:rsidR="0092064E" w:rsidRDefault="0092064E" w:rsidP="00171297"/>
        </w:tc>
        <w:tc>
          <w:tcPr>
            <w:tcW w:w="3212" w:type="dxa"/>
          </w:tcPr>
          <w:p w14:paraId="2FE96D99" w14:textId="77777777" w:rsidR="0092064E" w:rsidRDefault="0092064E" w:rsidP="00171297">
            <w:r>
              <w:rPr>
                <w:b/>
                <w:color w:val="0D5F78"/>
              </w:rPr>
              <w:t>Data</w:t>
            </w:r>
          </w:p>
          <w:p w14:paraId="291E5256" w14:textId="77777777" w:rsidR="0092064E" w:rsidRDefault="0092064E" w:rsidP="00171297"/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C84661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C84661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C84661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63ECC5" w14:textId="77777777" w:rsidR="00377113" w:rsidRPr="00343BBA" w:rsidRDefault="00C84661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sector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C84661">
            <w:pPr>
              <w:spacing w:line="228" w:lineRule="auto"/>
              <w:rPr>
                <w:lang w:val="fr-FR"/>
              </w:rPr>
            </w:pPr>
            <w:proofErr w:type="spellStart"/>
            <w:r w:rsidRPr="00343BBA">
              <w:rPr>
                <w:lang w:val="fr-FR"/>
              </w:rPr>
              <w:t>Cererea</w:t>
            </w:r>
            <w:proofErr w:type="spellEnd"/>
            <w:r w:rsidRPr="00343BBA">
              <w:rPr>
                <w:lang w:val="fr-FR"/>
              </w:rPr>
              <w:t xml:space="preserve"> va fi </w:t>
            </w:r>
            <w:proofErr w:type="spellStart"/>
            <w:r w:rsidRPr="00343BBA">
              <w:rPr>
                <w:lang w:val="fr-FR"/>
              </w:rPr>
              <w:t>transmisă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către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președintele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consiliului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județean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general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de </w:t>
            </w:r>
            <w:proofErr w:type="spellStart"/>
            <w:r w:rsidRPr="00343BBA">
              <w:rPr>
                <w:lang w:val="fr-FR"/>
              </w:rPr>
              <w:t>sector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sau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municipiului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orașului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comune</w:t>
            </w:r>
            <w:r w:rsidRPr="00343BBA">
              <w:rPr>
                <w:lang w:val="fr-FR"/>
              </w:rPr>
              <w:t>i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după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caz</w:t>
            </w:r>
            <w:proofErr w:type="spellEnd"/>
            <w:r w:rsidRPr="00343BBA">
              <w:rPr>
                <w:lang w:val="fr-FR"/>
              </w:rPr>
              <w:t>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C84661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C84661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C84661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C84661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C84661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C84661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C84661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C84661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C84661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C84661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C84661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C84661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C84661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C84661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C84661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C84661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C84661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C84661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C84661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C84661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C84661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C84661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C84661">
      <w:pPr>
        <w:spacing w:before="80" w:after="60"/>
        <w:jc w:val="center"/>
      </w:pPr>
      <w:proofErr w:type="spellStart"/>
      <w:proofErr w:type="gramStart"/>
      <w:r>
        <w:rPr>
          <w:sz w:val="18"/>
        </w:rPr>
        <w:t>în</w:t>
      </w:r>
      <w:proofErr w:type="spellEnd"/>
      <w:proofErr w:type="gram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</w:t>
      </w:r>
      <w:proofErr w:type="gramStart"/>
      <w:r>
        <w:rPr>
          <w:sz w:val="18"/>
        </w:rPr>
        <w:t xml:space="preserve">257 </w:t>
      </w:r>
      <w:proofErr w:type="spellStart"/>
      <w:r>
        <w:rPr>
          <w:sz w:val="18"/>
        </w:rPr>
        <w:t>alin</w:t>
      </w:r>
      <w:proofErr w:type="spellEnd"/>
      <w:r>
        <w:rPr>
          <w:sz w:val="18"/>
        </w:rPr>
        <w:t>.</w:t>
      </w:r>
      <w:proofErr w:type="gramEnd"/>
      <w:r>
        <w:rPr>
          <w:sz w:val="18"/>
        </w:rPr>
        <w:t xml:space="preserve"> (17) </w:t>
      </w:r>
      <w:proofErr w:type="gramStart"/>
      <w:r>
        <w:rPr>
          <w:sz w:val="18"/>
        </w:rPr>
        <w:t>din</w:t>
      </w:r>
      <w:proofErr w:type="gramEnd"/>
      <w:r>
        <w:rPr>
          <w:sz w:val="18"/>
        </w:rPr>
        <w:t xml:space="preserve">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nr</w:t>
      </w:r>
      <w:proofErr w:type="spellEnd"/>
      <w:r>
        <w:rPr>
          <w:sz w:val="18"/>
        </w:rPr>
        <w:t xml:space="preserve">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21143514" w14:textId="77777777" w:rsidR="00004412" w:rsidRDefault="00C84661">
      <w:pPr>
        <w:spacing w:before="80" w:after="60"/>
        <w:jc w:val="center"/>
        <w:rPr>
          <w:b/>
          <w:color w:val="000000"/>
          <w:sz w:val="18"/>
          <w:lang w:val="fr-FR"/>
        </w:rPr>
      </w:pPr>
      <w:proofErr w:type="spellStart"/>
      <w:proofErr w:type="gramStart"/>
      <w:r w:rsidRPr="00004412">
        <w:rPr>
          <w:sz w:val="18"/>
          <w:lang w:val="fr-FR"/>
        </w:rPr>
        <w:t>solicit</w:t>
      </w:r>
      <w:proofErr w:type="spellEnd"/>
      <w:proofErr w:type="gramEnd"/>
      <w:r w:rsidRPr="00004412">
        <w:rPr>
          <w:sz w:val="18"/>
          <w:lang w:val="fr-FR"/>
        </w:rPr>
        <w:t xml:space="preserve"> </w:t>
      </w:r>
      <w:bookmarkStart w:id="0" w:name="_GoBack"/>
      <w:proofErr w:type="spellStart"/>
      <w:r w:rsidRPr="00004412">
        <w:rPr>
          <w:sz w:val="18"/>
          <w:lang w:val="fr-FR"/>
        </w:rPr>
        <w:t>prelungirea</w:t>
      </w:r>
      <w:proofErr w:type="spell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valabilității</w:t>
      </w:r>
      <w:proofErr w:type="spellEnd"/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 xml:space="preserve">CERTIFICATULUI </w:t>
      </w:r>
      <w:proofErr w:type="gramStart"/>
      <w:r w:rsidRPr="00004412">
        <w:rPr>
          <w:b/>
          <w:color w:val="000000"/>
          <w:sz w:val="20"/>
          <w:szCs w:val="20"/>
          <w:lang w:val="fr-FR"/>
        </w:rPr>
        <w:t>DE URBANISM</w:t>
      </w:r>
      <w:proofErr w:type="gram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bookmarkEnd w:id="0"/>
          <w:p w14:paraId="7765B9B1" w14:textId="77777777" w:rsidR="00377113" w:rsidRDefault="00C84661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C84661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C84661">
            <w:pPr>
              <w:keepNext/>
            </w:pPr>
            <w:proofErr w:type="spellStart"/>
            <w:r>
              <w:rPr>
                <w:b/>
                <w:color w:val="0D5F78"/>
              </w:rPr>
              <w:t>Emis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C84661">
            <w:proofErr w:type="spellStart"/>
            <w:r>
              <w:rPr>
                <w:b/>
                <w:color w:val="0D5F78"/>
              </w:rPr>
              <w:t>Prelungirea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solicitată</w:t>
            </w:r>
            <w:proofErr w:type="spellEnd"/>
            <w:r>
              <w:rPr>
                <w:b/>
                <w:color w:val="0D5F78"/>
              </w:rPr>
              <w:t xml:space="preserve">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C84661"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C84661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C84661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C84661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C84661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C84661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C84661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C84661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C84661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C84661">
            <w:pPr>
              <w:keepNext/>
            </w:pPr>
            <w:r>
              <w:rPr>
                <w:b/>
                <w:color w:val="0D5F78"/>
              </w:rPr>
              <w:t xml:space="preserve">Bl. / sc. / et. / </w:t>
            </w:r>
            <w:proofErr w:type="gramStart"/>
            <w:r>
              <w:rPr>
                <w:b/>
                <w:color w:val="0D5F78"/>
              </w:rPr>
              <w:t>ap</w:t>
            </w:r>
            <w:proofErr w:type="gramEnd"/>
            <w:r>
              <w:rPr>
                <w:b/>
                <w:color w:val="0D5F78"/>
              </w:rPr>
              <w:t>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C84661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Număr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cadastral</w:t>
            </w:r>
          </w:p>
          <w:p w14:paraId="34F88BB8" w14:textId="77777777" w:rsidR="00377113" w:rsidRPr="00343BBA" w:rsidRDefault="00C84661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i/>
                <w:color w:val="7A7A7A"/>
                <w:lang w:val="fr-FR"/>
              </w:rPr>
              <w:t>dacă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C84661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C84661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C84661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</w:t>
            </w:r>
            <w:proofErr w:type="spellStart"/>
            <w:proofErr w:type="gramStart"/>
            <w:r w:rsidRPr="00343BBA">
              <w:rPr>
                <w:sz w:val="16"/>
                <w:lang w:val="fr-FR"/>
              </w:rPr>
              <w:t>certificatul</w:t>
            </w:r>
            <w:proofErr w:type="spellEnd"/>
            <w:r w:rsidRPr="00343BBA">
              <w:rPr>
                <w:sz w:val="16"/>
                <w:lang w:val="fr-FR"/>
              </w:rPr>
              <w:t xml:space="preserve"> de </w:t>
            </w:r>
            <w:proofErr w:type="spellStart"/>
            <w:r w:rsidRPr="00343BBA">
              <w:rPr>
                <w:sz w:val="16"/>
                <w:lang w:val="fr-FR"/>
              </w:rPr>
              <w:t>urbanism</w:t>
            </w:r>
            <w:proofErr w:type="spellEnd"/>
            <w:r w:rsidRPr="00343BBA">
              <w:rPr>
                <w:sz w:val="16"/>
                <w:lang w:val="fr-FR"/>
              </w:rPr>
              <w:t xml:space="preserve"> (</w:t>
            </w:r>
            <w:proofErr w:type="spellStart"/>
            <w:r w:rsidRPr="00343BBA">
              <w:rPr>
                <w:sz w:val="16"/>
                <w:lang w:val="fr-FR"/>
              </w:rPr>
              <w:t>în</w:t>
            </w:r>
            <w:proofErr w:type="spellEnd"/>
            <w:r w:rsidRPr="00343BBA">
              <w:rPr>
                <w:sz w:val="16"/>
                <w:lang w:val="fr-FR"/>
              </w:rPr>
              <w:t xml:space="preserve"> original)    </w:t>
            </w:r>
            <w:proofErr w:type="gramEnd"/>
            <w:r w:rsidRPr="00343BBA">
              <w:rPr>
                <w:sz w:val="16"/>
                <w:lang w:val="fr-FR"/>
              </w:rPr>
              <w:t xml:space="preserve"> ☐ </w:t>
            </w:r>
            <w:proofErr w:type="spellStart"/>
            <w:r w:rsidRPr="00343BBA">
              <w:rPr>
                <w:sz w:val="16"/>
                <w:lang w:val="fr-FR"/>
              </w:rPr>
              <w:t>documentul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privind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achitarea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taxei</w:t>
            </w:r>
            <w:proofErr w:type="spellEnd"/>
            <w:r w:rsidRPr="00343BBA">
              <w:rPr>
                <w:sz w:val="16"/>
                <w:lang w:val="fr-FR"/>
              </w:rPr>
              <w:t xml:space="preserve">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C84661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C84661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C84661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C84661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FCD6D9" w14:textId="77777777" w:rsidR="00C84661" w:rsidRDefault="00C84661">
      <w:r>
        <w:separator/>
      </w:r>
    </w:p>
  </w:endnote>
  <w:endnote w:type="continuationSeparator" w:id="0">
    <w:p w14:paraId="3348A1F5" w14:textId="77777777" w:rsidR="00C84661" w:rsidRDefault="00C84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A959F" w14:textId="77777777" w:rsidR="00377113" w:rsidRDefault="00C84661">
    <w:pPr>
      <w:pStyle w:val="Footer"/>
      <w:tabs>
        <w:tab w:val="right" w:pos="9639"/>
      </w:tabs>
    </w:pPr>
    <w:r>
      <w:rPr>
        <w:color w:val="595959"/>
      </w:rPr>
      <w:t xml:space="preserve">F_CU_03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</w:t>
    </w:r>
    <w:r>
      <w:rPr>
        <w:color w:val="595959"/>
      </w:rPr>
      <w:t>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2064E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2064E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12E71F" w14:textId="77777777" w:rsidR="00C84661" w:rsidRDefault="00C84661">
      <w:r>
        <w:separator/>
      </w:r>
    </w:p>
  </w:footnote>
  <w:footnote w:type="continuationSeparator" w:id="0">
    <w:p w14:paraId="0206E958" w14:textId="77777777" w:rsidR="00C84661" w:rsidRDefault="00C846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4412"/>
    <w:rsid w:val="00034616"/>
    <w:rsid w:val="0006063C"/>
    <w:rsid w:val="0015074B"/>
    <w:rsid w:val="00200236"/>
    <w:rsid w:val="0029639D"/>
    <w:rsid w:val="00326F90"/>
    <w:rsid w:val="00343BBA"/>
    <w:rsid w:val="00377113"/>
    <w:rsid w:val="006C103E"/>
    <w:rsid w:val="0092064E"/>
    <w:rsid w:val="00AA1D8D"/>
    <w:rsid w:val="00B47730"/>
    <w:rsid w:val="00C84661"/>
    <w:rsid w:val="00CB0664"/>
    <w:rsid w:val="00CD60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206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6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206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6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B336DA-8D74-4CFC-A26C-06D025804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HEMEIUS150</cp:lastModifiedBy>
  <cp:revision>2</cp:revision>
  <dcterms:created xsi:type="dcterms:W3CDTF">2013-12-23T23:15:00Z</dcterms:created>
  <dcterms:modified xsi:type="dcterms:W3CDTF">2026-09-02T06:15:00Z</dcterms:modified>
  <cp:category/>
</cp:coreProperties>
</file>