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51EC2" w14:paraId="0C523510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2FD61552" w14:textId="77777777" w:rsidR="00951EC2" w:rsidRDefault="00951EC2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32609809" wp14:editId="3EB56F9B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FCB664" w14:textId="77777777" w:rsidR="00951EC2" w:rsidRDefault="00951EC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EDFEBB" w14:textId="77777777" w:rsidR="00951EC2" w:rsidRDefault="00951EC2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951EC2" w14:paraId="33CFBED3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48CA544B" w14:textId="77777777" w:rsidR="00951EC2" w:rsidRDefault="00951EC2" w:rsidP="00171297"/>
        </w:tc>
        <w:tc>
          <w:tcPr>
            <w:tcW w:w="8030" w:type="dxa"/>
            <w:gridSpan w:val="3"/>
          </w:tcPr>
          <w:p w14:paraId="1510A4E7" w14:textId="77777777" w:rsidR="00951EC2" w:rsidRDefault="00951EC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A92FBB9" w14:textId="77777777" w:rsidR="00951EC2" w:rsidRDefault="00951EC2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951EC2" w14:paraId="0D3AC0B3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43D87D98" w14:textId="77777777" w:rsidR="00951EC2" w:rsidRDefault="00951EC2" w:rsidP="00171297"/>
        </w:tc>
        <w:tc>
          <w:tcPr>
            <w:tcW w:w="2409" w:type="dxa"/>
          </w:tcPr>
          <w:p w14:paraId="6356FAFF" w14:textId="77777777" w:rsidR="00951EC2" w:rsidRPr="00EC4C89" w:rsidRDefault="00951EC2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1AE7ED1E" w14:textId="77777777" w:rsidR="00951EC2" w:rsidRPr="00EC4C89" w:rsidRDefault="00951EC2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4E8061A1" w14:textId="77777777" w:rsidR="00951EC2" w:rsidRDefault="00951EC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E2E2D23" w14:textId="77777777" w:rsidR="00951EC2" w:rsidRDefault="00951EC2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3C8674C7" w14:textId="77777777" w:rsidR="00951EC2" w:rsidRDefault="00951EC2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951EC2" w14:paraId="6EA45BBF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21FF54AB" w14:textId="77777777" w:rsidR="00951EC2" w:rsidRDefault="00951EC2" w:rsidP="00171297"/>
        </w:tc>
        <w:tc>
          <w:tcPr>
            <w:tcW w:w="4818" w:type="dxa"/>
            <w:gridSpan w:val="2"/>
          </w:tcPr>
          <w:p w14:paraId="5B5FDC17" w14:textId="77777777" w:rsidR="00951EC2" w:rsidRDefault="00951EC2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78B5280" w14:textId="77777777" w:rsidR="00951EC2" w:rsidRDefault="00951EC2" w:rsidP="00171297"/>
        </w:tc>
        <w:tc>
          <w:tcPr>
            <w:tcW w:w="3212" w:type="dxa"/>
          </w:tcPr>
          <w:p w14:paraId="06E89A72" w14:textId="77777777" w:rsidR="00951EC2" w:rsidRDefault="00951EC2" w:rsidP="00171297">
            <w:r>
              <w:rPr>
                <w:b/>
                <w:color w:val="0D5F78"/>
              </w:rPr>
              <w:t>Data</w:t>
            </w:r>
          </w:p>
          <w:p w14:paraId="2479C5C2" w14:textId="77777777" w:rsidR="00951EC2" w:rsidRDefault="00951EC2" w:rsidP="00171297"/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D84D83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D84D8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D84D83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D84D83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D84D83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</w:t>
            </w:r>
            <w:r w:rsidRPr="00A256C2">
              <w:rPr>
                <w:lang w:val="fr-FR"/>
              </w:rPr>
              <w:t>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D84D83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D84D8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D84D8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D84D8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D84D8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D84D83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D84D83">
      <w:pPr>
        <w:spacing w:before="80" w:after="60"/>
        <w:jc w:val="center"/>
        <w:rPr>
          <w:lang w:val="fr-FR"/>
        </w:rPr>
      </w:pPr>
      <w:bookmarkStart w:id="0" w:name="_GoBack"/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D84D83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D84D83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bookmarkEnd w:id="0"/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pentru</w:t>
      </w:r>
      <w:proofErr w:type="spellEnd"/>
      <w:proofErr w:type="gram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D84D83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D84D83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D84D8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D84D83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D84D83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D84D83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D84D83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D84D83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D84D83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D84D83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D84D8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D84D8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D84D83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D84D83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 xml:space="preserve">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D84D83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</w:t>
            </w:r>
            <w:proofErr w:type="gramEnd"/>
            <w:r w:rsidRPr="00917520">
              <w:rPr>
                <w:b/>
                <w:bCs/>
                <w:sz w:val="16"/>
              </w:rPr>
              <w:t>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D84D8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D84D83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D84D8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D84D83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☐  B.3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D84D83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D84D83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D84D83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civile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</w:t>
            </w:r>
            <w:r>
              <w:rPr>
                <w:sz w:val="16"/>
              </w:rPr>
              <w:t>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D84D83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D84D83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D84D83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</w:t>
            </w:r>
            <w:proofErr w:type="gramEnd"/>
            <w:r w:rsidRPr="00A256C2">
              <w:rPr>
                <w:sz w:val="16"/>
                <w:lang w:val="fr-FR"/>
              </w:rPr>
              <w:t xml:space="preserve"> sol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D84D83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D84D83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proofErr w:type="gram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de e-mail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</w:t>
            </w:r>
            <w:proofErr w:type="gramEnd"/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D84D83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D84D83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D84D83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D84D8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7FB6E" w14:textId="77777777" w:rsidR="00D84D83" w:rsidRDefault="00D84D83">
      <w:r>
        <w:separator/>
      </w:r>
    </w:p>
  </w:endnote>
  <w:endnote w:type="continuationSeparator" w:id="0">
    <w:p w14:paraId="40550B14" w14:textId="77777777" w:rsidR="00D84D83" w:rsidRDefault="00D84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060EA" w14:textId="77777777" w:rsidR="00BD4241" w:rsidRDefault="00D84D83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51E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51E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6C61C" w14:textId="77777777" w:rsidR="00D84D83" w:rsidRDefault="00D84D83">
      <w:r>
        <w:separator/>
      </w:r>
    </w:p>
  </w:footnote>
  <w:footnote w:type="continuationSeparator" w:id="0">
    <w:p w14:paraId="4516000F" w14:textId="77777777" w:rsidR="00D84D83" w:rsidRDefault="00D84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951EC2"/>
    <w:rsid w:val="00A256C2"/>
    <w:rsid w:val="00AA1D8D"/>
    <w:rsid w:val="00B47730"/>
    <w:rsid w:val="00BD4241"/>
    <w:rsid w:val="00CB0664"/>
    <w:rsid w:val="00D50DD0"/>
    <w:rsid w:val="00D84D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51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E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51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E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275FD0-1A7A-47FF-B6F6-B51CAE41F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606</Words>
  <Characters>3518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2026-09-02T06:17:00Z</dcterms:modified>
  <cp:category/>
</cp:coreProperties>
</file>