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336A0" w14:paraId="184F59A6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272543CC" w14:textId="77777777" w:rsidR="004336A0" w:rsidRDefault="004336A0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0C96C5D5" wp14:editId="0F302FDC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BA6B8AF" w14:textId="77777777" w:rsidR="004336A0" w:rsidRDefault="004336A0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07E7AB" w14:textId="77777777" w:rsidR="004336A0" w:rsidRDefault="004336A0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4336A0" w14:paraId="2BA5ACD1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372EF691" w14:textId="77777777" w:rsidR="004336A0" w:rsidRDefault="004336A0" w:rsidP="00171297"/>
        </w:tc>
        <w:tc>
          <w:tcPr>
            <w:tcW w:w="8030" w:type="dxa"/>
            <w:gridSpan w:val="3"/>
          </w:tcPr>
          <w:p w14:paraId="1FB5FA89" w14:textId="77777777" w:rsidR="004336A0" w:rsidRDefault="004336A0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235915CA" w14:textId="77777777" w:rsidR="004336A0" w:rsidRDefault="004336A0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4336A0" w14:paraId="53115017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0DE39DE1" w14:textId="77777777" w:rsidR="004336A0" w:rsidRDefault="004336A0" w:rsidP="00171297"/>
        </w:tc>
        <w:tc>
          <w:tcPr>
            <w:tcW w:w="2409" w:type="dxa"/>
          </w:tcPr>
          <w:p w14:paraId="702C6CF2" w14:textId="77777777" w:rsidR="004336A0" w:rsidRPr="00EC4C89" w:rsidRDefault="004336A0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735C6032" w14:textId="77777777" w:rsidR="004336A0" w:rsidRPr="00EC4C89" w:rsidRDefault="004336A0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39E347BD" w14:textId="77777777" w:rsidR="004336A0" w:rsidRDefault="004336A0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F43F4F3" w14:textId="77777777" w:rsidR="004336A0" w:rsidRDefault="004336A0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4D18FF92" w14:textId="77777777" w:rsidR="004336A0" w:rsidRDefault="004336A0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4336A0" w14:paraId="7FC6E6F2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5A3A6A34" w14:textId="77777777" w:rsidR="004336A0" w:rsidRDefault="004336A0" w:rsidP="00171297"/>
        </w:tc>
        <w:tc>
          <w:tcPr>
            <w:tcW w:w="4818" w:type="dxa"/>
            <w:gridSpan w:val="2"/>
          </w:tcPr>
          <w:p w14:paraId="0E0943A8" w14:textId="77777777" w:rsidR="004336A0" w:rsidRDefault="004336A0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147533B0" w14:textId="77777777" w:rsidR="004336A0" w:rsidRDefault="004336A0" w:rsidP="00171297"/>
        </w:tc>
        <w:tc>
          <w:tcPr>
            <w:tcW w:w="3212" w:type="dxa"/>
          </w:tcPr>
          <w:p w14:paraId="6F4CAE7E" w14:textId="77777777" w:rsidR="004336A0" w:rsidRDefault="004336A0" w:rsidP="00171297">
            <w:r>
              <w:rPr>
                <w:b/>
                <w:color w:val="0D5F78"/>
              </w:rPr>
              <w:t>Data</w:t>
            </w:r>
          </w:p>
          <w:p w14:paraId="6BCF0385" w14:textId="77777777" w:rsidR="004336A0" w:rsidRDefault="004336A0" w:rsidP="00171297"/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  <w:bookmarkStart w:id="0" w:name="_GoBack"/>
      <w:bookmarkEnd w:id="0"/>
    </w:p>
    <w:p w14:paraId="70547CAD" w14:textId="77777777" w:rsidR="00846492" w:rsidRPr="00932ED5" w:rsidRDefault="00F62F33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F62F3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F62F33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F62F33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F62F33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F62F33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F62F33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F62F3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F62F3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F62F33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 xml:space="preserve">: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a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proofErr w:type="gramStart"/>
      <w:r w:rsidRPr="00AD1D4A">
        <w:rPr>
          <w:sz w:val="18"/>
        </w:rPr>
        <w:t>în</w:t>
      </w:r>
      <w:proofErr w:type="spellEnd"/>
      <w:proofErr w:type="gram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proofErr w:type="spellStart"/>
      <w:r w:rsidRPr="00AD1D4A">
        <w:rPr>
          <w:sz w:val="18"/>
        </w:rPr>
        <w:t>Leg</w:t>
      </w:r>
      <w:r>
        <w:rPr>
          <w:sz w:val="18"/>
        </w:rPr>
        <w:t>ea</w:t>
      </w:r>
      <w:proofErr w:type="spellEnd"/>
      <w:r>
        <w:rPr>
          <w:sz w:val="18"/>
        </w:rPr>
        <w:t xml:space="preserve"> </w:t>
      </w:r>
      <w:proofErr w:type="spellStart"/>
      <w:r w:rsidRPr="00AD1D4A">
        <w:rPr>
          <w:sz w:val="18"/>
        </w:rPr>
        <w:t>nr</w:t>
      </w:r>
      <w:proofErr w:type="spellEnd"/>
      <w:r w:rsidRPr="00AD1D4A">
        <w:rPr>
          <w:sz w:val="18"/>
        </w:rPr>
        <w:t xml:space="preserve">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F62F33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proofErr w:type="gramStart"/>
      <w:r w:rsidRPr="00AD1D4A">
        <w:rPr>
          <w:sz w:val="18"/>
        </w:rPr>
        <w:t>notific</w:t>
      </w:r>
      <w:proofErr w:type="spellEnd"/>
      <w:proofErr w:type="gram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F62F3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F62F33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</w:t>
            </w:r>
            <w:proofErr w:type="gramStart"/>
            <w:r>
              <w:rPr>
                <w:sz w:val="16"/>
              </w:rPr>
              <w:t>lit</w:t>
            </w:r>
            <w:proofErr w:type="gramEnd"/>
            <w:r>
              <w:rPr>
                <w:sz w:val="16"/>
              </w:rPr>
              <w:t>. a)</w:t>
            </w:r>
            <w:r w:rsidR="007C5D68">
              <w:rPr>
                <w:sz w:val="16"/>
              </w:rPr>
              <w:t xml:space="preserve"> </w:t>
            </w:r>
            <w:proofErr w:type="gramStart"/>
            <w:r w:rsidR="007C5D68">
              <w:rPr>
                <w:sz w:val="16"/>
              </w:rPr>
              <w:t>din</w:t>
            </w:r>
            <w:proofErr w:type="gram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nr</w:t>
            </w:r>
            <w:proofErr w:type="spellEnd"/>
            <w:r w:rsidR="007C5D68">
              <w:rPr>
                <w:sz w:val="16"/>
              </w:rPr>
              <w:t>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F62F33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gramStart"/>
            <w:r w:rsidR="007C5D68" w:rsidRPr="007C5D68">
              <w:rPr>
                <w:sz w:val="16"/>
                <w:lang w:val="fr-FR"/>
              </w:rPr>
              <w:t>la</w:t>
            </w:r>
            <w:proofErr w:type="gramEnd"/>
            <w:r w:rsidR="007C5D68" w:rsidRPr="007C5D68">
              <w:rPr>
                <w:sz w:val="16"/>
                <w:lang w:val="fr-FR"/>
              </w:rPr>
              <w:t xml:space="preserve"> art. 294 </w:t>
            </w:r>
            <w:proofErr w:type="spellStart"/>
            <w:proofErr w:type="gram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 xml:space="preserve">(2) </w:t>
            </w:r>
            <w:proofErr w:type="gramStart"/>
            <w:r w:rsidR="007C5D68">
              <w:rPr>
                <w:sz w:val="16"/>
              </w:rPr>
              <w:t>lit</w:t>
            </w:r>
            <w:proofErr w:type="gramEnd"/>
            <w:r w:rsidR="007C5D68">
              <w:rPr>
                <w:sz w:val="16"/>
              </w:rPr>
              <w:t xml:space="preserve">. b) </w:t>
            </w:r>
            <w:proofErr w:type="gramStart"/>
            <w:r w:rsidR="007C5D68">
              <w:rPr>
                <w:sz w:val="16"/>
              </w:rPr>
              <w:t>din</w:t>
            </w:r>
            <w:proofErr w:type="gram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nr</w:t>
            </w:r>
            <w:proofErr w:type="spellEnd"/>
            <w:r w:rsidR="007C5D68">
              <w:rPr>
                <w:sz w:val="16"/>
              </w:rPr>
              <w:t>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10"/>
          <w:headerReference w:type="first" r:id="rId11"/>
          <w:footerReference w:type="first" r:id="rId12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F62F33">
            <w:pPr>
              <w:keepNext/>
            </w:pPr>
            <w:r>
              <w:rPr>
                <w:sz w:val="16"/>
              </w:rPr>
              <w:lastRenderedPageBreak/>
              <w:t>☐</w:t>
            </w:r>
            <w:r>
              <w:rPr>
                <w:sz w:val="16"/>
              </w:rPr>
              <w:t xml:space="preserve">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F62F3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F62F3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baie;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F62F3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>☐</w:t>
            </w:r>
            <w:r w:rsidRPr="00AD1D4A">
              <w:rPr>
                <w:sz w:val="16"/>
                <w:lang w:val="fr-FR"/>
              </w:rPr>
              <w:t xml:space="preserve">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F62F3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gramStart"/>
            <w:r w:rsidR="007C5D68" w:rsidRPr="007C5D68">
              <w:rPr>
                <w:sz w:val="16"/>
                <w:lang w:val="fr-FR"/>
              </w:rPr>
              <w:t>la</w:t>
            </w:r>
            <w:proofErr w:type="gramEnd"/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 xml:space="preserve">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nr</w:t>
            </w:r>
            <w:proofErr w:type="spellEnd"/>
            <w:r w:rsidR="007C5D68">
              <w:rPr>
                <w:sz w:val="16"/>
              </w:rPr>
              <w:t>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 xml:space="preserve">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  <w:proofErr w:type="gram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F62F33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</w:t>
            </w:r>
            <w:proofErr w:type="gramStart"/>
            <w:r w:rsidRPr="00AD1D4A">
              <w:rPr>
                <w:sz w:val="16"/>
                <w:lang w:val="fr-FR"/>
              </w:rPr>
              <w:t xml:space="preserve">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F62F33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F62F33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F62F33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F62F33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proofErr w:type="spellStart"/>
            <w:r>
              <w:rPr>
                <w:b/>
                <w:color w:val="0D5F78"/>
              </w:rPr>
              <w:t>Alte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 xml:space="preserve">) 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F62F3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F62F33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F62F33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F62F33">
            <w:pPr>
              <w:rPr>
                <w:sz w:val="16"/>
              </w:rPr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unifamiliale)  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F62F33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F62F33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</w:t>
            </w:r>
            <w:proofErr w:type="spellStart"/>
            <w:r>
              <w:rPr>
                <w:i/>
                <w:sz w:val="17"/>
              </w:rPr>
              <w:t>Lege</w:t>
            </w:r>
            <w:r w:rsidR="003F4418">
              <w:rPr>
                <w:i/>
                <w:sz w:val="17"/>
              </w:rPr>
              <w:t>a</w:t>
            </w:r>
            <w:proofErr w:type="spellEnd"/>
            <w:r w:rsidR="003F4418">
              <w:rPr>
                <w:i/>
                <w:sz w:val="17"/>
              </w:rPr>
              <w:t xml:space="preserve"> </w:t>
            </w:r>
            <w:proofErr w:type="spellStart"/>
            <w:r w:rsidR="003F4418">
              <w:rPr>
                <w:i/>
                <w:sz w:val="17"/>
              </w:rPr>
              <w:t>nr</w:t>
            </w:r>
            <w:proofErr w:type="spellEnd"/>
            <w:r w:rsidR="003F4418">
              <w:rPr>
                <w:i/>
                <w:sz w:val="17"/>
              </w:rPr>
              <w:t xml:space="preserve">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pe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proofErr w:type="gram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proofErr w:type="gram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 art. 298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F62F33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F62F33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prin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de e-mail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</w:t>
            </w:r>
            <w:proofErr w:type="gramEnd"/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F62F33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F62F33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F62F33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F62F3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9DBDE5" w14:textId="77777777" w:rsidR="00F62F33" w:rsidRDefault="00F62F33">
      <w:r>
        <w:separator/>
      </w:r>
    </w:p>
  </w:endnote>
  <w:endnote w:type="continuationSeparator" w:id="0">
    <w:p w14:paraId="525698AC" w14:textId="77777777" w:rsidR="00F62F33" w:rsidRDefault="00F62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BF5D4A" w14:textId="77777777" w:rsidR="00846492" w:rsidRDefault="00F62F33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4336A0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4336A0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2E93B" w14:textId="77777777" w:rsidR="00F343D2" w:rsidRDefault="00F343D2" w:rsidP="00F343D2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4336A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4336A0">
      <w:rPr>
        <w:noProof/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F1969" w14:textId="77777777" w:rsidR="00F62F33" w:rsidRDefault="00F62F33">
      <w:r>
        <w:separator/>
      </w:r>
    </w:p>
  </w:footnote>
  <w:footnote w:type="continuationSeparator" w:id="0">
    <w:p w14:paraId="4DE665C2" w14:textId="77777777" w:rsidR="00F62F33" w:rsidRDefault="00F62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07BB7" w14:textId="53CC4ECF"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336A0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B47730"/>
    <w:rsid w:val="00CA6FDB"/>
    <w:rsid w:val="00CB0664"/>
    <w:rsid w:val="00D2019F"/>
    <w:rsid w:val="00D2346C"/>
    <w:rsid w:val="00E52AF9"/>
    <w:rsid w:val="00E61A6B"/>
    <w:rsid w:val="00F343D2"/>
    <w:rsid w:val="00F4129D"/>
    <w:rsid w:val="00F62F33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7E33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33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6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33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511984-8249-4BEC-9B3A-32683191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847</Words>
  <Characters>4919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2026-09-02T06:54:00Z</dcterms:modified>
  <cp:category/>
</cp:coreProperties>
</file>