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0376FA" w14:paraId="703E5F93" w14:textId="77777777" w:rsidTr="00171297">
        <w:trPr>
          <w:cantSplit/>
          <w:trHeight w:val="416"/>
        </w:trPr>
        <w:tc>
          <w:tcPr>
            <w:tcW w:w="1606" w:type="dxa"/>
            <w:vMerge w:val="restart"/>
            <w:vAlign w:val="center"/>
          </w:tcPr>
          <w:p w14:paraId="1DB0C29A" w14:textId="77777777" w:rsidR="000376FA" w:rsidRDefault="000376FA" w:rsidP="00171297">
            <w:pPr>
              <w:keepNext/>
              <w:jc w:val="center"/>
            </w:pPr>
            <w:r>
              <w:rPr>
                <w:noProof/>
                <w:lang w:val="ro-RO" w:eastAsia="ro-RO"/>
              </w:rPr>
              <w:drawing>
                <wp:inline distT="0" distB="0" distL="0" distR="0" wp14:anchorId="3E83CCF5" wp14:editId="615AA127">
                  <wp:extent cx="762000" cy="94297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942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21266311" w14:textId="77777777" w:rsidR="000376FA" w:rsidRDefault="000376FA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8B343D6" w14:textId="77777777" w:rsidR="000376FA" w:rsidRDefault="000376FA" w:rsidP="00171297">
            <w:pPr>
              <w:keepNext/>
            </w:pPr>
            <w:r w:rsidRPr="009B5D0B">
              <w:rPr>
                <w:b/>
              </w:rPr>
              <w:t>BACAU</w:t>
            </w:r>
          </w:p>
        </w:tc>
      </w:tr>
      <w:tr w:rsidR="000376FA" w14:paraId="587E9B08" w14:textId="77777777" w:rsidTr="00171297">
        <w:trPr>
          <w:cantSplit/>
          <w:trHeight w:val="414"/>
        </w:trPr>
        <w:tc>
          <w:tcPr>
            <w:tcW w:w="1606" w:type="dxa"/>
            <w:vMerge/>
          </w:tcPr>
          <w:p w14:paraId="23E58DC1" w14:textId="77777777" w:rsidR="000376FA" w:rsidRDefault="000376FA" w:rsidP="00171297"/>
        </w:tc>
        <w:tc>
          <w:tcPr>
            <w:tcW w:w="8030" w:type="dxa"/>
            <w:gridSpan w:val="3"/>
          </w:tcPr>
          <w:p w14:paraId="387BE8A0" w14:textId="77777777" w:rsidR="000376FA" w:rsidRDefault="000376FA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04980EDB" w14:textId="77777777" w:rsidR="000376FA" w:rsidRDefault="000376FA" w:rsidP="00171297">
            <w:pPr>
              <w:keepNext/>
            </w:pPr>
            <w:r w:rsidRPr="009B5D0B">
              <w:rPr>
                <w:b/>
              </w:rPr>
              <w:t>COMUNA HEMEIUS</w:t>
            </w:r>
          </w:p>
        </w:tc>
      </w:tr>
      <w:tr w:rsidR="000376FA" w14:paraId="23AAAC39" w14:textId="77777777" w:rsidTr="00171297">
        <w:trPr>
          <w:cantSplit/>
          <w:trHeight w:val="510"/>
        </w:trPr>
        <w:tc>
          <w:tcPr>
            <w:tcW w:w="1606" w:type="dxa"/>
            <w:vMerge/>
          </w:tcPr>
          <w:p w14:paraId="0C0E79F2" w14:textId="77777777" w:rsidR="000376FA" w:rsidRDefault="000376FA" w:rsidP="00171297"/>
        </w:tc>
        <w:tc>
          <w:tcPr>
            <w:tcW w:w="2409" w:type="dxa"/>
          </w:tcPr>
          <w:p w14:paraId="2268EBF1" w14:textId="77777777" w:rsidR="000376FA" w:rsidRPr="00EC4C89" w:rsidRDefault="000376FA" w:rsidP="00171297">
            <w:pPr>
              <w:keepNext/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EC4C89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EC4C89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EC4C89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C4C89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C4C89">
              <w:rPr>
                <w:b/>
                <w:color w:val="0D5F78"/>
                <w:lang w:val="fr-FR"/>
              </w:rPr>
              <w:t xml:space="preserve"> (CIF)</w:t>
            </w:r>
          </w:p>
          <w:p w14:paraId="2E304AC7" w14:textId="77777777" w:rsidR="000376FA" w:rsidRPr="00EC4C89" w:rsidRDefault="000376FA" w:rsidP="00171297">
            <w:pPr>
              <w:keepNext/>
              <w:rPr>
                <w:lang w:val="fr-FR"/>
              </w:rPr>
            </w:pPr>
            <w:r w:rsidRPr="009B5D0B">
              <w:rPr>
                <w:b/>
                <w:lang w:val="fr-FR"/>
              </w:rPr>
              <w:t>4352832</w:t>
            </w:r>
          </w:p>
        </w:tc>
        <w:tc>
          <w:tcPr>
            <w:tcW w:w="5621" w:type="dxa"/>
            <w:gridSpan w:val="2"/>
          </w:tcPr>
          <w:p w14:paraId="0DB1800D" w14:textId="77777777" w:rsidR="000376FA" w:rsidRDefault="000376FA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6D8A1856" w14:textId="77777777" w:rsidR="000376FA" w:rsidRDefault="000376FA" w:rsidP="00171297">
            <w:pPr>
              <w:keepNext/>
              <w:rPr>
                <w:b/>
              </w:rPr>
            </w:pPr>
            <w:r w:rsidRPr="009B5D0B">
              <w:rPr>
                <w:b/>
              </w:rPr>
              <w:t xml:space="preserve">Str. Ion </w:t>
            </w:r>
            <w:proofErr w:type="spellStart"/>
            <w:r w:rsidRPr="009B5D0B">
              <w:rPr>
                <w:b/>
              </w:rPr>
              <w:t>Simionescu</w:t>
            </w:r>
            <w:proofErr w:type="spellEnd"/>
            <w:r w:rsidRPr="009B5D0B">
              <w:rPr>
                <w:b/>
              </w:rPr>
              <w:t xml:space="preserve"> </w:t>
            </w:r>
            <w:proofErr w:type="spellStart"/>
            <w:r w:rsidRPr="009B5D0B">
              <w:rPr>
                <w:b/>
              </w:rPr>
              <w:t>nr</w:t>
            </w:r>
            <w:proofErr w:type="spellEnd"/>
            <w:r w:rsidRPr="009B5D0B">
              <w:rPr>
                <w:b/>
              </w:rPr>
              <w:t xml:space="preserve">. 221, </w:t>
            </w:r>
            <w:proofErr w:type="spellStart"/>
            <w:r>
              <w:rPr>
                <w:b/>
              </w:rPr>
              <w:t>Hemeius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jud</w:t>
            </w:r>
            <w:proofErr w:type="spellEnd"/>
            <w:r>
              <w:rPr>
                <w:b/>
              </w:rPr>
              <w:t>. Bacau,</w:t>
            </w:r>
          </w:p>
          <w:p w14:paraId="65D47C1F" w14:textId="77777777" w:rsidR="000376FA" w:rsidRDefault="000376FA" w:rsidP="00171297">
            <w:pPr>
              <w:keepNext/>
            </w:pPr>
            <w:r w:rsidRPr="009B5D0B">
              <w:rPr>
                <w:b/>
              </w:rPr>
              <w:t>tel.:0234/217510, fax: 0234/217675; E-mail :contact@primariahemeius.ro</w:t>
            </w:r>
          </w:p>
        </w:tc>
      </w:tr>
      <w:tr w:rsidR="000376FA" w14:paraId="136255D7" w14:textId="77777777" w:rsidTr="00171297">
        <w:trPr>
          <w:cantSplit/>
          <w:trHeight w:val="455"/>
        </w:trPr>
        <w:tc>
          <w:tcPr>
            <w:tcW w:w="1606" w:type="dxa"/>
            <w:vMerge/>
          </w:tcPr>
          <w:p w14:paraId="659DBCF4" w14:textId="77777777" w:rsidR="000376FA" w:rsidRDefault="000376FA" w:rsidP="00171297"/>
        </w:tc>
        <w:tc>
          <w:tcPr>
            <w:tcW w:w="4818" w:type="dxa"/>
            <w:gridSpan w:val="2"/>
          </w:tcPr>
          <w:p w14:paraId="6F66C9F5" w14:textId="77777777" w:rsidR="000376FA" w:rsidRDefault="000376FA" w:rsidP="00171297"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 xml:space="preserve">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555EBCBB" w14:textId="77777777" w:rsidR="000376FA" w:rsidRDefault="000376FA" w:rsidP="00171297"/>
        </w:tc>
        <w:tc>
          <w:tcPr>
            <w:tcW w:w="3212" w:type="dxa"/>
          </w:tcPr>
          <w:p w14:paraId="2E7B2E2C" w14:textId="77777777" w:rsidR="000376FA" w:rsidRDefault="000376FA" w:rsidP="00171297">
            <w:r>
              <w:rPr>
                <w:b/>
                <w:color w:val="0D5F78"/>
              </w:rPr>
              <w:t>Data</w:t>
            </w:r>
          </w:p>
          <w:p w14:paraId="46A71877" w14:textId="77777777" w:rsidR="000376FA" w:rsidRDefault="000376FA" w:rsidP="00171297"/>
        </w:tc>
      </w:tr>
    </w:tbl>
    <w:p w14:paraId="4721E137" w14:textId="77777777" w:rsidR="001A0C53" w:rsidRDefault="001A0C53">
      <w:pPr>
        <w:spacing w:line="168" w:lineRule="auto"/>
      </w:pPr>
      <w:bookmarkStart w:id="0" w:name="_GoBack"/>
      <w:bookmarkEnd w:id="0"/>
    </w:p>
    <w:p w14:paraId="79C9CC6D" w14:textId="77777777" w:rsidR="001A0C53" w:rsidRPr="00E44460" w:rsidRDefault="000148FC">
      <w:pPr>
        <w:spacing w:before="140" w:after="40"/>
        <w:jc w:val="center"/>
        <w:rPr>
          <w:sz w:val="28"/>
          <w:szCs w:val="28"/>
        </w:rPr>
      </w:pPr>
      <w:r w:rsidRPr="00E44460">
        <w:rPr>
          <w:b/>
          <w:sz w:val="28"/>
          <w:szCs w:val="28"/>
        </w:rPr>
        <w:t>INFORMARE</w:t>
      </w:r>
    </w:p>
    <w:p w14:paraId="4DB45C72" w14:textId="77777777" w:rsidR="001A0C53" w:rsidRPr="00290F63" w:rsidRDefault="000148FC">
      <w:pPr>
        <w:spacing w:after="120"/>
        <w:jc w:val="center"/>
        <w:rPr>
          <w:lang w:val="fr-FR"/>
        </w:rPr>
      </w:pPr>
      <w:proofErr w:type="spellStart"/>
      <w:proofErr w:type="gramStart"/>
      <w:r w:rsidRPr="00290F63">
        <w:rPr>
          <w:sz w:val="19"/>
          <w:lang w:val="fr-FR"/>
        </w:rPr>
        <w:t>privind</w:t>
      </w:r>
      <w:proofErr w:type="spellEnd"/>
      <w:proofErr w:type="gram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necesitatea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solicitării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și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emiterii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unei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autorizații</w:t>
      </w:r>
      <w:proofErr w:type="spellEnd"/>
      <w:r w:rsidRPr="00290F63">
        <w:rPr>
          <w:sz w:val="19"/>
          <w:lang w:val="fr-FR"/>
        </w:rPr>
        <w:t xml:space="preserve"> de construire</w:t>
      </w:r>
    </w:p>
    <w:p w14:paraId="1B4B5C28" w14:textId="77777777" w:rsidR="001A0C53" w:rsidRPr="00290F63" w:rsidRDefault="001A0C53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1A0C53" w14:paraId="6C2A2698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351B1CBC" w14:textId="77777777" w:rsidR="001A0C53" w:rsidRDefault="000148FC">
            <w:pPr>
              <w:keepNext/>
            </w:pPr>
            <w:r w:rsidRPr="00290F6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1A0C53" w14:paraId="43F1111E" w14:textId="77777777">
        <w:trPr>
          <w:cantSplit/>
          <w:trHeight w:val="510"/>
        </w:trPr>
        <w:tc>
          <w:tcPr>
            <w:tcW w:w="2409" w:type="dxa"/>
          </w:tcPr>
          <w:p w14:paraId="28178E4E" w14:textId="77777777" w:rsidR="001A0C53" w:rsidRDefault="000148FC">
            <w:pPr>
              <w:keepNext/>
            </w:pPr>
            <w:proofErr w:type="spellStart"/>
            <w:r>
              <w:rPr>
                <w:b/>
                <w:color w:val="0D5F78"/>
              </w:rPr>
              <w:t>Notificarea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</w:t>
            </w:r>
          </w:p>
          <w:p w14:paraId="2ABB0E32" w14:textId="77777777" w:rsidR="001A0C53" w:rsidRDefault="001A0C53">
            <w:pPr>
              <w:keepNext/>
            </w:pPr>
          </w:p>
        </w:tc>
        <w:tc>
          <w:tcPr>
            <w:tcW w:w="2409" w:type="dxa"/>
            <w:gridSpan w:val="2"/>
          </w:tcPr>
          <w:p w14:paraId="651C4F0E" w14:textId="77777777" w:rsidR="001A0C53" w:rsidRDefault="000148FC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0A11C373" w14:textId="77777777" w:rsidR="001A0C53" w:rsidRDefault="001A0C53">
            <w:pPr>
              <w:keepNext/>
            </w:pPr>
          </w:p>
        </w:tc>
        <w:tc>
          <w:tcPr>
            <w:tcW w:w="4818" w:type="dxa"/>
          </w:tcPr>
          <w:p w14:paraId="6683D3D0" w14:textId="77777777" w:rsidR="001A0C53" w:rsidRDefault="000148FC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beneficiarului</w:t>
            </w:r>
            <w:proofErr w:type="spellEnd"/>
          </w:p>
          <w:p w14:paraId="6A61C5E0" w14:textId="77777777" w:rsidR="001A0C53" w:rsidRDefault="001A0C53">
            <w:pPr>
              <w:keepNext/>
            </w:pPr>
          </w:p>
        </w:tc>
      </w:tr>
      <w:tr w:rsidR="001A0C53" w14:paraId="0882C2F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A9793" w14:textId="77777777" w:rsidR="001A0C53" w:rsidRDefault="000148FC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 / cod</w:t>
            </w:r>
          </w:p>
          <w:p w14:paraId="0705968E" w14:textId="77777777" w:rsidR="001A0C53" w:rsidRDefault="001A0C53"/>
        </w:tc>
        <w:tc>
          <w:tcPr>
            <w:tcW w:w="6424" w:type="dxa"/>
            <w:gridSpan w:val="2"/>
          </w:tcPr>
          <w:p w14:paraId="7C6D893E" w14:textId="77777777" w:rsidR="001A0C53" w:rsidRDefault="000148FC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1137108E" w14:textId="77777777" w:rsidR="001A0C53" w:rsidRDefault="001A0C53"/>
        </w:tc>
      </w:tr>
    </w:tbl>
    <w:p w14:paraId="1B7E8474" w14:textId="77777777" w:rsidR="001A0C53" w:rsidRDefault="001A0C5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A0C53" w14:paraId="695DDD03" w14:textId="77777777">
        <w:trPr>
          <w:cantSplit/>
        </w:trPr>
        <w:tc>
          <w:tcPr>
            <w:tcW w:w="9636" w:type="dxa"/>
            <w:shd w:val="clear" w:color="auto" w:fill="F4F4F4"/>
          </w:tcPr>
          <w:p w14:paraId="5FAC203E" w14:textId="77777777" w:rsidR="001A0C53" w:rsidRDefault="000148FC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INFORMAREA</w:t>
            </w:r>
          </w:p>
        </w:tc>
      </w:tr>
      <w:tr w:rsidR="001A0C53" w14:paraId="554D78EC" w14:textId="77777777">
        <w:trPr>
          <w:cantSplit/>
        </w:trPr>
        <w:tc>
          <w:tcPr>
            <w:tcW w:w="9636" w:type="dxa"/>
            <w:shd w:val="clear" w:color="auto" w:fill="F4F4F4"/>
          </w:tcPr>
          <w:p w14:paraId="50F4AAE8" w14:textId="285EA0F2" w:rsidR="001A0C53" w:rsidRDefault="000148FC">
            <w:pPr>
              <w:keepNext/>
              <w:spacing w:line="228" w:lineRule="auto"/>
            </w:pPr>
            <w:proofErr w:type="spellStart"/>
            <w:r>
              <w:t>Lucrările</w:t>
            </w:r>
            <w:proofErr w:type="spellEnd"/>
            <w:r>
              <w:t xml:space="preserve"> care </w:t>
            </w:r>
            <w:proofErr w:type="spellStart"/>
            <w:r>
              <w:t>fac</w:t>
            </w:r>
            <w:proofErr w:type="spellEnd"/>
            <w:r>
              <w:t xml:space="preserve"> </w:t>
            </w:r>
            <w:proofErr w:type="spellStart"/>
            <w:r>
              <w:t>obiectul</w:t>
            </w:r>
            <w:proofErr w:type="spellEnd"/>
            <w:r>
              <w:t xml:space="preserve"> </w:t>
            </w:r>
            <w:proofErr w:type="spellStart"/>
            <w:r>
              <w:t>notificării</w:t>
            </w:r>
            <w:proofErr w:type="spellEnd"/>
            <w:r>
              <w:t xml:space="preserve"> NU se </w:t>
            </w:r>
            <w:proofErr w:type="spellStart"/>
            <w:r>
              <w:t>încadrează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categoriile</w:t>
            </w:r>
            <w:proofErr w:type="spellEnd"/>
            <w:r>
              <w:t xml:space="preserve"> </w:t>
            </w:r>
            <w:proofErr w:type="spellStart"/>
            <w:r>
              <w:t>prevăzute</w:t>
            </w:r>
            <w:proofErr w:type="spellEnd"/>
            <w:r>
              <w:t xml:space="preserve"> la art. 294 din </w:t>
            </w:r>
            <w:proofErr w:type="spellStart"/>
            <w:r>
              <w:t>Lege</w:t>
            </w:r>
            <w:r w:rsidR="00290F63">
              <w:t>a</w:t>
            </w:r>
            <w:proofErr w:type="spellEnd"/>
            <w:r w:rsidR="00290F63">
              <w:t xml:space="preserve"> nr.169/2026</w:t>
            </w:r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necesită</w:t>
            </w:r>
            <w:proofErr w:type="spellEnd"/>
            <w:r>
              <w:t xml:space="preserve"> </w:t>
            </w:r>
            <w:proofErr w:type="spellStart"/>
            <w:r>
              <w:t>obținerea</w:t>
            </w:r>
            <w:proofErr w:type="spellEnd"/>
            <w:r>
              <w:t xml:space="preserve"> </w:t>
            </w:r>
            <w:proofErr w:type="spellStart"/>
            <w:r>
              <w:t>autorizației</w:t>
            </w:r>
            <w:proofErr w:type="spellEnd"/>
            <w:r>
              <w:t xml:space="preserve"> de </w:t>
            </w:r>
            <w:proofErr w:type="spellStart"/>
            <w:r>
              <w:t>construire</w:t>
            </w:r>
            <w:proofErr w:type="spellEnd"/>
            <w:r>
              <w:t>.</w:t>
            </w:r>
          </w:p>
        </w:tc>
      </w:tr>
      <w:tr w:rsidR="001A0C53" w14:paraId="56B7D206" w14:textId="77777777">
        <w:trPr>
          <w:cantSplit/>
        </w:trPr>
        <w:tc>
          <w:tcPr>
            <w:tcW w:w="9636" w:type="dxa"/>
            <w:shd w:val="clear" w:color="auto" w:fill="F4F4F4"/>
          </w:tcPr>
          <w:p w14:paraId="1824CC21" w14:textId="77777777" w:rsidR="001A0C53" w:rsidRDefault="000148FC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Motivarea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încadrării</w:t>
            </w:r>
            <w:proofErr w:type="spellEnd"/>
          </w:p>
        </w:tc>
      </w:tr>
      <w:tr w:rsidR="001A0C53" w14:paraId="266A0E7A" w14:textId="77777777">
        <w:trPr>
          <w:cantSplit/>
        </w:trPr>
        <w:tc>
          <w:tcPr>
            <w:tcW w:w="9636" w:type="dxa"/>
          </w:tcPr>
          <w:p w14:paraId="65010752" w14:textId="77777777" w:rsidR="001A0C53" w:rsidRDefault="001A0C53">
            <w:pPr>
              <w:pBdr>
                <w:bottom w:val="dotted" w:sz="6" w:space="0" w:color="999999"/>
              </w:pBdr>
              <w:spacing w:after="80"/>
            </w:pPr>
          </w:p>
          <w:p w14:paraId="7382B824" w14:textId="77777777" w:rsidR="001A0C53" w:rsidRDefault="001A0C53">
            <w:pPr>
              <w:pBdr>
                <w:bottom w:val="dotted" w:sz="6" w:space="0" w:color="999999"/>
              </w:pBdr>
              <w:spacing w:after="80"/>
            </w:pPr>
          </w:p>
          <w:p w14:paraId="78DF37BC" w14:textId="77777777" w:rsidR="001A0C53" w:rsidRDefault="001A0C53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DBA1671" w14:textId="77777777" w:rsidR="001A0C53" w:rsidRDefault="001A0C5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1A0C53" w14:paraId="3451C745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6FBC8C3" w14:textId="77777777" w:rsidR="001A0C53" w:rsidRDefault="000148FC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1A0C53" w14:paraId="4F9E6B10" w14:textId="77777777">
        <w:trPr>
          <w:cantSplit/>
          <w:trHeight w:val="510"/>
        </w:trPr>
        <w:tc>
          <w:tcPr>
            <w:tcW w:w="5621" w:type="dxa"/>
          </w:tcPr>
          <w:p w14:paraId="4056613B" w14:textId="46DE64AA" w:rsidR="001A0C53" w:rsidRDefault="000148FC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  <w:r>
              <w:rPr>
                <w:b/>
                <w:color w:val="0D5F78"/>
              </w:rPr>
              <w:t xml:space="preserve"> </w:t>
            </w:r>
          </w:p>
          <w:p w14:paraId="4CDCF2FE" w14:textId="77777777" w:rsidR="001A0C53" w:rsidRDefault="001A0C53"/>
        </w:tc>
        <w:tc>
          <w:tcPr>
            <w:tcW w:w="2409" w:type="dxa"/>
          </w:tcPr>
          <w:p w14:paraId="5362DCF4" w14:textId="77777777" w:rsidR="001A0C53" w:rsidRDefault="000148FC">
            <w:r>
              <w:rPr>
                <w:b/>
                <w:color w:val="0D5F78"/>
              </w:rPr>
              <w:t>Data</w:t>
            </w:r>
          </w:p>
          <w:p w14:paraId="12C35EF3" w14:textId="77777777" w:rsidR="001A0C53" w:rsidRDefault="001A0C53"/>
        </w:tc>
        <w:tc>
          <w:tcPr>
            <w:tcW w:w="1606" w:type="dxa"/>
          </w:tcPr>
          <w:p w14:paraId="6C1E4FBD" w14:textId="3985B498" w:rsidR="001A0C53" w:rsidRDefault="00290F63">
            <w:proofErr w:type="spellStart"/>
            <w:r>
              <w:rPr>
                <w:b/>
                <w:color w:val="0D5F78"/>
              </w:rPr>
              <w:t>Semnatura</w:t>
            </w:r>
            <w:proofErr w:type="spellEnd"/>
          </w:p>
          <w:p w14:paraId="61E60017" w14:textId="77777777" w:rsidR="001A0C53" w:rsidRDefault="001A0C53"/>
        </w:tc>
      </w:tr>
    </w:tbl>
    <w:p w14:paraId="0B7E368F" w14:textId="77777777" w:rsidR="001A0C53" w:rsidRDefault="001A0C53">
      <w:pPr>
        <w:spacing w:line="168" w:lineRule="auto"/>
      </w:pPr>
    </w:p>
    <w:sectPr w:rsidR="001A0C53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24AEDF" w14:textId="77777777" w:rsidR="000148FC" w:rsidRDefault="000148FC">
      <w:r>
        <w:separator/>
      </w:r>
    </w:p>
  </w:endnote>
  <w:endnote w:type="continuationSeparator" w:id="0">
    <w:p w14:paraId="08B807F2" w14:textId="77777777" w:rsidR="000148FC" w:rsidRDefault="00014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9A4B4B" w14:textId="77777777" w:rsidR="001A0C53" w:rsidRDefault="000148FC">
    <w:pPr>
      <w:pStyle w:val="Footer"/>
      <w:tabs>
        <w:tab w:val="right" w:pos="9639"/>
      </w:tabs>
    </w:pPr>
    <w:r>
      <w:rPr>
        <w:color w:val="595959"/>
      </w:rPr>
      <w:t xml:space="preserve">F_NOT_04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0376F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0376FA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CA7A7E" w14:textId="77777777" w:rsidR="000148FC" w:rsidRDefault="000148FC">
      <w:r>
        <w:separator/>
      </w:r>
    </w:p>
  </w:footnote>
  <w:footnote w:type="continuationSeparator" w:id="0">
    <w:p w14:paraId="56712022" w14:textId="77777777" w:rsidR="000148FC" w:rsidRDefault="000148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148FC"/>
    <w:rsid w:val="00034616"/>
    <w:rsid w:val="000376FA"/>
    <w:rsid w:val="0006063C"/>
    <w:rsid w:val="0015074B"/>
    <w:rsid w:val="001A0C53"/>
    <w:rsid w:val="00290F63"/>
    <w:rsid w:val="0029639D"/>
    <w:rsid w:val="00326F90"/>
    <w:rsid w:val="006C103E"/>
    <w:rsid w:val="00AA1D8D"/>
    <w:rsid w:val="00AB207E"/>
    <w:rsid w:val="00B47730"/>
    <w:rsid w:val="00CB0664"/>
    <w:rsid w:val="00E44460"/>
    <w:rsid w:val="00E61A6B"/>
    <w:rsid w:val="00FC693F"/>
    <w:rsid w:val="00FE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A57B3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376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6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376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6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56CF0E6-B355-4881-88E8-4BEF30C2D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HEMEIUS150</cp:lastModifiedBy>
  <cp:revision>2</cp:revision>
  <dcterms:created xsi:type="dcterms:W3CDTF">2013-12-23T23:15:00Z</dcterms:created>
  <dcterms:modified xsi:type="dcterms:W3CDTF">2026-09-02T06:57:00Z</dcterms:modified>
  <cp:category/>
</cp:coreProperties>
</file>