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EF4DA2" w14:paraId="5276B475" w14:textId="77777777" w:rsidTr="00171297">
        <w:trPr>
          <w:cantSplit/>
          <w:trHeight w:val="416"/>
        </w:trPr>
        <w:tc>
          <w:tcPr>
            <w:tcW w:w="1606" w:type="dxa"/>
            <w:vMerge w:val="restart"/>
            <w:vAlign w:val="center"/>
          </w:tcPr>
          <w:p w14:paraId="796B10BA" w14:textId="77777777" w:rsidR="00EF4DA2" w:rsidRDefault="00EF4DA2" w:rsidP="00171297">
            <w:pPr>
              <w:keepNext/>
              <w:jc w:val="center"/>
            </w:pPr>
            <w:r>
              <w:rPr>
                <w:noProof/>
                <w:lang w:val="ro-RO" w:eastAsia="ro-RO"/>
              </w:rPr>
              <w:drawing>
                <wp:inline distT="0" distB="0" distL="0" distR="0" wp14:anchorId="0F2B72D3" wp14:editId="10E0C679">
                  <wp:extent cx="762000" cy="942975"/>
                  <wp:effectExtent l="0" t="0" r="0" b="952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942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1B6DB5C5" w14:textId="77777777" w:rsidR="00EF4DA2" w:rsidRDefault="00EF4DA2" w:rsidP="00171297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5AE30654" w14:textId="77777777" w:rsidR="00EF4DA2" w:rsidRDefault="00EF4DA2" w:rsidP="00171297">
            <w:pPr>
              <w:keepNext/>
            </w:pPr>
            <w:r w:rsidRPr="009B5D0B">
              <w:rPr>
                <w:b/>
              </w:rPr>
              <w:t>BACAU</w:t>
            </w:r>
          </w:p>
        </w:tc>
      </w:tr>
      <w:tr w:rsidR="00EF4DA2" w14:paraId="511A61D8" w14:textId="77777777" w:rsidTr="00171297">
        <w:trPr>
          <w:cantSplit/>
          <w:trHeight w:val="414"/>
        </w:trPr>
        <w:tc>
          <w:tcPr>
            <w:tcW w:w="1606" w:type="dxa"/>
            <w:vMerge/>
          </w:tcPr>
          <w:p w14:paraId="2EF5D495" w14:textId="77777777" w:rsidR="00EF4DA2" w:rsidRDefault="00EF4DA2" w:rsidP="00171297"/>
        </w:tc>
        <w:tc>
          <w:tcPr>
            <w:tcW w:w="8030" w:type="dxa"/>
            <w:gridSpan w:val="3"/>
          </w:tcPr>
          <w:p w14:paraId="27E91712" w14:textId="77777777" w:rsidR="00EF4DA2" w:rsidRDefault="00EF4DA2" w:rsidP="00171297">
            <w:pPr>
              <w:keepNext/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</w:p>
          <w:p w14:paraId="3426D732" w14:textId="77777777" w:rsidR="00EF4DA2" w:rsidRDefault="00EF4DA2" w:rsidP="00171297">
            <w:pPr>
              <w:keepNext/>
            </w:pPr>
            <w:r w:rsidRPr="009B5D0B">
              <w:rPr>
                <w:b/>
              </w:rPr>
              <w:t>COMUNA HEMEIUS</w:t>
            </w:r>
          </w:p>
        </w:tc>
      </w:tr>
      <w:tr w:rsidR="00EF4DA2" w14:paraId="0BA00FE2" w14:textId="77777777" w:rsidTr="00171297">
        <w:trPr>
          <w:cantSplit/>
          <w:trHeight w:val="510"/>
        </w:trPr>
        <w:tc>
          <w:tcPr>
            <w:tcW w:w="1606" w:type="dxa"/>
            <w:vMerge/>
          </w:tcPr>
          <w:p w14:paraId="7C287CA6" w14:textId="77777777" w:rsidR="00EF4DA2" w:rsidRDefault="00EF4DA2" w:rsidP="00171297"/>
        </w:tc>
        <w:tc>
          <w:tcPr>
            <w:tcW w:w="2409" w:type="dxa"/>
          </w:tcPr>
          <w:p w14:paraId="3842DCB3" w14:textId="77777777" w:rsidR="00EF4DA2" w:rsidRPr="00EC4C89" w:rsidRDefault="00EF4DA2" w:rsidP="00171297">
            <w:pPr>
              <w:keepNext/>
              <w:rPr>
                <w:lang w:val="fr-FR"/>
              </w:rPr>
            </w:pPr>
            <w:r w:rsidRPr="00EC4C89">
              <w:rPr>
                <w:b/>
                <w:color w:val="0D5F78"/>
                <w:lang w:val="fr-FR"/>
              </w:rPr>
              <w:t xml:space="preserve">Cod </w:t>
            </w:r>
            <w:proofErr w:type="gramStart"/>
            <w:r w:rsidRPr="00EC4C89">
              <w:rPr>
                <w:b/>
                <w:color w:val="0D5F78"/>
                <w:lang w:val="fr-FR"/>
              </w:rPr>
              <w:t xml:space="preserve">de </w:t>
            </w:r>
            <w:proofErr w:type="spellStart"/>
            <w:r w:rsidRPr="00EC4C89">
              <w:rPr>
                <w:b/>
                <w:color w:val="0D5F78"/>
                <w:lang w:val="fr-FR"/>
              </w:rPr>
              <w:t>identificare</w:t>
            </w:r>
            <w:proofErr w:type="spellEnd"/>
            <w:proofErr w:type="gramEnd"/>
            <w:r w:rsidRPr="00EC4C89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C4C89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EC4C89">
              <w:rPr>
                <w:b/>
                <w:color w:val="0D5F78"/>
                <w:lang w:val="fr-FR"/>
              </w:rPr>
              <w:t xml:space="preserve"> (CIF)</w:t>
            </w:r>
          </w:p>
          <w:p w14:paraId="7819842F" w14:textId="77777777" w:rsidR="00EF4DA2" w:rsidRPr="00EC4C89" w:rsidRDefault="00EF4DA2" w:rsidP="00171297">
            <w:pPr>
              <w:keepNext/>
              <w:rPr>
                <w:lang w:val="fr-FR"/>
              </w:rPr>
            </w:pPr>
            <w:r w:rsidRPr="009B5D0B">
              <w:rPr>
                <w:b/>
                <w:lang w:val="fr-FR"/>
              </w:rPr>
              <w:t>4352832</w:t>
            </w:r>
          </w:p>
        </w:tc>
        <w:tc>
          <w:tcPr>
            <w:tcW w:w="5621" w:type="dxa"/>
            <w:gridSpan w:val="2"/>
          </w:tcPr>
          <w:p w14:paraId="05F0F205" w14:textId="77777777" w:rsidR="00EF4DA2" w:rsidRDefault="00EF4DA2" w:rsidP="00171297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07814F82" w14:textId="77777777" w:rsidR="00EF4DA2" w:rsidRDefault="00EF4DA2" w:rsidP="00171297">
            <w:pPr>
              <w:keepNext/>
              <w:rPr>
                <w:b/>
              </w:rPr>
            </w:pPr>
            <w:r w:rsidRPr="009B5D0B">
              <w:rPr>
                <w:b/>
              </w:rPr>
              <w:t xml:space="preserve">Str. Ion </w:t>
            </w:r>
            <w:proofErr w:type="spellStart"/>
            <w:r w:rsidRPr="009B5D0B">
              <w:rPr>
                <w:b/>
              </w:rPr>
              <w:t>Simionescu</w:t>
            </w:r>
            <w:proofErr w:type="spellEnd"/>
            <w:r w:rsidRPr="009B5D0B">
              <w:rPr>
                <w:b/>
              </w:rPr>
              <w:t xml:space="preserve"> </w:t>
            </w:r>
            <w:proofErr w:type="spellStart"/>
            <w:r w:rsidRPr="009B5D0B">
              <w:rPr>
                <w:b/>
              </w:rPr>
              <w:t>nr</w:t>
            </w:r>
            <w:proofErr w:type="spellEnd"/>
            <w:r w:rsidRPr="009B5D0B">
              <w:rPr>
                <w:b/>
              </w:rPr>
              <w:t xml:space="preserve">. 221, </w:t>
            </w:r>
            <w:proofErr w:type="spellStart"/>
            <w:r>
              <w:rPr>
                <w:b/>
              </w:rPr>
              <w:t>Hemeius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jud</w:t>
            </w:r>
            <w:proofErr w:type="spellEnd"/>
            <w:r>
              <w:rPr>
                <w:b/>
              </w:rPr>
              <w:t>. Bacau,</w:t>
            </w:r>
          </w:p>
          <w:p w14:paraId="06D3EFB8" w14:textId="77777777" w:rsidR="00EF4DA2" w:rsidRDefault="00EF4DA2" w:rsidP="00171297">
            <w:pPr>
              <w:keepNext/>
            </w:pPr>
            <w:r w:rsidRPr="009B5D0B">
              <w:rPr>
                <w:b/>
              </w:rPr>
              <w:t>tel.:0234/217510, fax: 0234/217675; E-mail :contact@primariahemeius.ro</w:t>
            </w:r>
          </w:p>
        </w:tc>
      </w:tr>
      <w:tr w:rsidR="00EF4DA2" w14:paraId="4E6B8DCB" w14:textId="77777777" w:rsidTr="00171297">
        <w:trPr>
          <w:cantSplit/>
          <w:trHeight w:val="455"/>
        </w:trPr>
        <w:tc>
          <w:tcPr>
            <w:tcW w:w="1606" w:type="dxa"/>
            <w:vMerge/>
          </w:tcPr>
          <w:p w14:paraId="168E00C2" w14:textId="77777777" w:rsidR="00EF4DA2" w:rsidRDefault="00EF4DA2" w:rsidP="00171297"/>
        </w:tc>
        <w:tc>
          <w:tcPr>
            <w:tcW w:w="4818" w:type="dxa"/>
            <w:gridSpan w:val="2"/>
          </w:tcPr>
          <w:p w14:paraId="60BFDA08" w14:textId="77777777" w:rsidR="00EF4DA2" w:rsidRDefault="00EF4DA2" w:rsidP="00171297">
            <w:proofErr w:type="spellStart"/>
            <w:r>
              <w:rPr>
                <w:b/>
                <w:color w:val="0D5F78"/>
              </w:rPr>
              <w:t>Nr</w:t>
            </w:r>
            <w:proofErr w:type="spellEnd"/>
            <w:r>
              <w:rPr>
                <w:b/>
                <w:color w:val="0D5F78"/>
              </w:rPr>
              <w:t xml:space="preserve">.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3B1C50A7" w14:textId="77777777" w:rsidR="00EF4DA2" w:rsidRDefault="00EF4DA2" w:rsidP="00171297"/>
        </w:tc>
        <w:tc>
          <w:tcPr>
            <w:tcW w:w="3212" w:type="dxa"/>
          </w:tcPr>
          <w:p w14:paraId="484EF826" w14:textId="77777777" w:rsidR="00EF4DA2" w:rsidRDefault="00EF4DA2" w:rsidP="00171297">
            <w:r>
              <w:rPr>
                <w:b/>
                <w:color w:val="0D5F78"/>
              </w:rPr>
              <w:t>Data</w:t>
            </w:r>
          </w:p>
          <w:p w14:paraId="1892AFB6" w14:textId="77777777" w:rsidR="00EF4DA2" w:rsidRDefault="00EF4DA2" w:rsidP="00171297"/>
        </w:tc>
      </w:tr>
    </w:tbl>
    <w:p w14:paraId="05970DD8" w14:textId="77777777" w:rsidR="00C85C0B" w:rsidRPr="00150E80" w:rsidRDefault="00C85C0B">
      <w:pPr>
        <w:spacing w:line="168" w:lineRule="auto"/>
        <w:rPr>
          <w:lang w:val="fr-FR"/>
        </w:rPr>
      </w:pPr>
    </w:p>
    <w:p w14:paraId="0EFADD9B" w14:textId="77777777" w:rsidR="00C85C0B" w:rsidRPr="003A7070" w:rsidRDefault="003C177D">
      <w:pPr>
        <w:spacing w:before="140" w:after="40"/>
        <w:jc w:val="center"/>
        <w:rPr>
          <w:sz w:val="28"/>
          <w:szCs w:val="28"/>
        </w:rPr>
      </w:pPr>
      <w:bookmarkStart w:id="0" w:name="_GoBack"/>
      <w:r w:rsidRPr="003A7070">
        <w:rPr>
          <w:b/>
          <w:sz w:val="28"/>
          <w:szCs w:val="28"/>
        </w:rPr>
        <w:t>ÎNȘTIINȚARE</w:t>
      </w:r>
    </w:p>
    <w:p w14:paraId="49143762" w14:textId="77777777" w:rsidR="00C85C0B" w:rsidRDefault="003C177D">
      <w:pPr>
        <w:spacing w:after="120"/>
        <w:jc w:val="center"/>
      </w:pPr>
      <w:proofErr w:type="spellStart"/>
      <w:proofErr w:type="gramStart"/>
      <w:r>
        <w:rPr>
          <w:sz w:val="19"/>
        </w:rPr>
        <w:t>privind</w:t>
      </w:r>
      <w:proofErr w:type="spellEnd"/>
      <w:proofErr w:type="gramEnd"/>
      <w:r>
        <w:rPr>
          <w:sz w:val="19"/>
        </w:rPr>
        <w:t xml:space="preserve"> </w:t>
      </w:r>
      <w:proofErr w:type="spellStart"/>
      <w:r>
        <w:rPr>
          <w:sz w:val="19"/>
        </w:rPr>
        <w:t>finalizarea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lucrărilor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notificate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și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solicitarea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participării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reprezentantului</w:t>
      </w:r>
      <w:proofErr w:type="spellEnd"/>
      <w:r>
        <w:rPr>
          <w:sz w:val="19"/>
        </w:rPr>
        <w:t xml:space="preserve"> UAT la </w:t>
      </w:r>
      <w:proofErr w:type="spellStart"/>
      <w:r>
        <w:rPr>
          <w:sz w:val="19"/>
        </w:rPr>
        <w:t>recepție</w:t>
      </w:r>
      <w:proofErr w:type="spellEnd"/>
    </w:p>
    <w:bookmarkEnd w:id="0"/>
    <w:p w14:paraId="279D8DA9" w14:textId="77777777" w:rsidR="00C85C0B" w:rsidRDefault="00C85C0B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C85C0B" w14:paraId="3C6CD726" w14:textId="77777777">
        <w:trPr>
          <w:cantSplit/>
        </w:trPr>
        <w:tc>
          <w:tcPr>
            <w:tcW w:w="9636" w:type="dxa"/>
            <w:shd w:val="clear" w:color="auto" w:fill="F4F4F4"/>
          </w:tcPr>
          <w:p w14:paraId="625044D0" w14:textId="77777777" w:rsidR="00C85C0B" w:rsidRDefault="003C177D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C85C0B" w:rsidRPr="00150E80" w14:paraId="037E1A48" w14:textId="77777777">
        <w:trPr>
          <w:cantSplit/>
          <w:trHeight w:val="510"/>
        </w:trPr>
        <w:tc>
          <w:tcPr>
            <w:tcW w:w="9636" w:type="dxa"/>
          </w:tcPr>
          <w:p w14:paraId="3686A2C0" w14:textId="77777777" w:rsidR="00C85C0B" w:rsidRPr="00150E80" w:rsidRDefault="003C177D">
            <w:pPr>
              <w:keepNext/>
              <w:rPr>
                <w:lang w:val="fr-FR"/>
              </w:rPr>
            </w:pPr>
            <w:proofErr w:type="spellStart"/>
            <w:r w:rsidRPr="00150E80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661E6056" w14:textId="77777777" w:rsidR="00C85C0B" w:rsidRPr="00150E80" w:rsidRDefault="003C177D">
            <w:pPr>
              <w:keepNext/>
              <w:rPr>
                <w:lang w:val="fr-FR"/>
              </w:rPr>
            </w:pPr>
            <w:proofErr w:type="spellStart"/>
            <w:r w:rsidRPr="00150E80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150E80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150E80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150E80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150E80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150E80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150E80">
              <w:rPr>
                <w:i/>
                <w:color w:val="7A7A7A"/>
                <w:lang w:val="fr-FR"/>
              </w:rPr>
              <w:t>comunei</w:t>
            </w:r>
            <w:proofErr w:type="spellEnd"/>
            <w:r w:rsidRPr="00150E80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150E80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150E80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150E80">
              <w:rPr>
                <w:i/>
                <w:color w:val="7A7A7A"/>
                <w:lang w:val="fr-FR"/>
              </w:rPr>
              <w:t>sector</w:t>
            </w:r>
            <w:proofErr w:type="spellEnd"/>
            <w:r w:rsidRPr="00150E80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150E80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150E80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150E80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3662B31C" w14:textId="77777777" w:rsidR="00C85C0B" w:rsidRPr="00150E80" w:rsidRDefault="00C85C0B">
            <w:pPr>
              <w:keepNext/>
              <w:rPr>
                <w:lang w:val="fr-FR"/>
              </w:rPr>
            </w:pPr>
          </w:p>
        </w:tc>
      </w:tr>
      <w:tr w:rsidR="00C85C0B" w:rsidRPr="00150E80" w14:paraId="2EC5D0A0" w14:textId="77777777">
        <w:trPr>
          <w:cantSplit/>
        </w:trPr>
        <w:tc>
          <w:tcPr>
            <w:tcW w:w="9636" w:type="dxa"/>
            <w:shd w:val="clear" w:color="auto" w:fill="F4F4F4"/>
          </w:tcPr>
          <w:p w14:paraId="17C2FF38" w14:textId="77777777" w:rsidR="00C85C0B" w:rsidRPr="00150E80" w:rsidRDefault="003C177D">
            <w:pPr>
              <w:spacing w:line="228" w:lineRule="auto"/>
              <w:rPr>
                <w:lang w:val="fr-FR"/>
              </w:rPr>
            </w:pPr>
            <w:proofErr w:type="spellStart"/>
            <w:r w:rsidRPr="00150E80">
              <w:rPr>
                <w:lang w:val="fr-FR"/>
              </w:rPr>
              <w:t>Cererea</w:t>
            </w:r>
            <w:proofErr w:type="spellEnd"/>
            <w:r w:rsidRPr="00150E80">
              <w:rPr>
                <w:lang w:val="fr-FR"/>
              </w:rPr>
              <w:t xml:space="preserve"> va fi </w:t>
            </w:r>
            <w:proofErr w:type="spellStart"/>
            <w:r w:rsidRPr="00150E80">
              <w:rPr>
                <w:lang w:val="fr-FR"/>
              </w:rPr>
              <w:t>transmisă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către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președintele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consiliului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județean</w:t>
            </w:r>
            <w:proofErr w:type="spellEnd"/>
            <w:r w:rsidRPr="00150E80">
              <w:rPr>
                <w:lang w:val="fr-FR"/>
              </w:rPr>
              <w:t xml:space="preserve">, </w:t>
            </w:r>
            <w:proofErr w:type="spellStart"/>
            <w:r w:rsidRPr="00150E80">
              <w:rPr>
                <w:lang w:val="fr-FR"/>
              </w:rPr>
              <w:t>primarul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general</w:t>
            </w:r>
            <w:proofErr w:type="spellEnd"/>
            <w:r w:rsidRPr="00150E80">
              <w:rPr>
                <w:lang w:val="fr-FR"/>
              </w:rPr>
              <w:t xml:space="preserve">, </w:t>
            </w:r>
            <w:proofErr w:type="spellStart"/>
            <w:r w:rsidRPr="00150E80">
              <w:rPr>
                <w:lang w:val="fr-FR"/>
              </w:rPr>
              <w:t>primarul</w:t>
            </w:r>
            <w:proofErr w:type="spellEnd"/>
            <w:r w:rsidRPr="00150E80">
              <w:rPr>
                <w:lang w:val="fr-FR"/>
              </w:rPr>
              <w:t xml:space="preserve"> de </w:t>
            </w:r>
            <w:proofErr w:type="spellStart"/>
            <w:r w:rsidRPr="00150E80">
              <w:rPr>
                <w:lang w:val="fr-FR"/>
              </w:rPr>
              <w:t>sector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sau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primarul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municipiului</w:t>
            </w:r>
            <w:proofErr w:type="spellEnd"/>
            <w:r w:rsidRPr="00150E80">
              <w:rPr>
                <w:lang w:val="fr-FR"/>
              </w:rPr>
              <w:t xml:space="preserve"> / </w:t>
            </w:r>
            <w:proofErr w:type="spellStart"/>
            <w:r w:rsidRPr="00150E80">
              <w:rPr>
                <w:lang w:val="fr-FR"/>
              </w:rPr>
              <w:t>orașului</w:t>
            </w:r>
            <w:proofErr w:type="spellEnd"/>
            <w:r w:rsidRPr="00150E80">
              <w:rPr>
                <w:lang w:val="fr-FR"/>
              </w:rPr>
              <w:t xml:space="preserve"> / </w:t>
            </w:r>
            <w:proofErr w:type="spellStart"/>
            <w:r w:rsidRPr="00150E80">
              <w:rPr>
                <w:lang w:val="fr-FR"/>
              </w:rPr>
              <w:t>comunei</w:t>
            </w:r>
            <w:proofErr w:type="spellEnd"/>
            <w:r w:rsidRPr="00150E80">
              <w:rPr>
                <w:lang w:val="fr-FR"/>
              </w:rPr>
              <w:t xml:space="preserve">, </w:t>
            </w:r>
            <w:proofErr w:type="spellStart"/>
            <w:r w:rsidRPr="00150E80">
              <w:rPr>
                <w:lang w:val="fr-FR"/>
              </w:rPr>
              <w:t>după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caz</w:t>
            </w:r>
            <w:proofErr w:type="spellEnd"/>
            <w:r w:rsidRPr="00150E80">
              <w:rPr>
                <w:lang w:val="fr-FR"/>
              </w:rPr>
              <w:t>.</w:t>
            </w:r>
          </w:p>
        </w:tc>
      </w:tr>
    </w:tbl>
    <w:p w14:paraId="75E15653" w14:textId="77777777" w:rsidR="00C85C0B" w:rsidRPr="00150E80" w:rsidRDefault="00C85C0B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C85C0B" w14:paraId="4CD31CB5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0B9A3F0" w14:textId="77777777" w:rsidR="00C85C0B" w:rsidRDefault="003C177D">
            <w:pPr>
              <w:keepNext/>
            </w:pPr>
            <w:r w:rsidRPr="00150E80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C85C0B" w14:paraId="40A1A9AA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5A012285" w14:textId="77777777" w:rsidR="00C85C0B" w:rsidRDefault="003C177D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78962F31" w14:textId="77777777" w:rsidR="00C85C0B" w:rsidRDefault="00C85C0B">
            <w:pPr>
              <w:keepNext/>
            </w:pPr>
          </w:p>
        </w:tc>
        <w:tc>
          <w:tcPr>
            <w:tcW w:w="4015" w:type="dxa"/>
            <w:gridSpan w:val="3"/>
          </w:tcPr>
          <w:p w14:paraId="349D53B4" w14:textId="77777777" w:rsidR="00C85C0B" w:rsidRDefault="003C177D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12A0DF42" w14:textId="77777777" w:rsidR="00C85C0B" w:rsidRDefault="00C85C0B">
            <w:pPr>
              <w:keepNext/>
            </w:pPr>
          </w:p>
        </w:tc>
      </w:tr>
      <w:tr w:rsidR="00C85C0B" w14:paraId="56206DC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4F6AB90" w14:textId="77777777" w:rsidR="00C85C0B" w:rsidRDefault="003C177D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C85C0B" w14:paraId="7C029D77" w14:textId="77777777">
        <w:trPr>
          <w:cantSplit/>
          <w:trHeight w:val="510"/>
        </w:trPr>
        <w:tc>
          <w:tcPr>
            <w:tcW w:w="1606" w:type="dxa"/>
          </w:tcPr>
          <w:p w14:paraId="351F7907" w14:textId="77777777" w:rsidR="00C85C0B" w:rsidRDefault="003C177D">
            <w:pPr>
              <w:keepNext/>
            </w:pPr>
            <w:proofErr w:type="spellStart"/>
            <w:r>
              <w:rPr>
                <w:b/>
                <w:color w:val="0D5F78"/>
              </w:rPr>
              <w:t>Seria</w:t>
            </w:r>
            <w:proofErr w:type="spellEnd"/>
          </w:p>
          <w:p w14:paraId="1372DB4F" w14:textId="77777777" w:rsidR="00C85C0B" w:rsidRDefault="00C85C0B">
            <w:pPr>
              <w:keepNext/>
            </w:pPr>
          </w:p>
        </w:tc>
        <w:tc>
          <w:tcPr>
            <w:tcW w:w="1606" w:type="dxa"/>
          </w:tcPr>
          <w:p w14:paraId="38543067" w14:textId="77777777" w:rsidR="00C85C0B" w:rsidRDefault="003C177D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10D1BCEF" w14:textId="77777777" w:rsidR="00C85C0B" w:rsidRDefault="00C85C0B">
            <w:pPr>
              <w:keepNext/>
            </w:pPr>
          </w:p>
        </w:tc>
        <w:tc>
          <w:tcPr>
            <w:tcW w:w="4818" w:type="dxa"/>
            <w:gridSpan w:val="5"/>
          </w:tcPr>
          <w:p w14:paraId="5949C44F" w14:textId="77777777" w:rsidR="00C85C0B" w:rsidRDefault="003C177D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7DFD0055" w14:textId="77777777" w:rsidR="00C85C0B" w:rsidRDefault="00C85C0B">
            <w:pPr>
              <w:keepNext/>
            </w:pPr>
          </w:p>
        </w:tc>
        <w:tc>
          <w:tcPr>
            <w:tcW w:w="1606" w:type="dxa"/>
          </w:tcPr>
          <w:p w14:paraId="6E02C3D3" w14:textId="77777777" w:rsidR="00C85C0B" w:rsidRDefault="003C177D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7B1F54BC" w14:textId="77777777" w:rsidR="00C85C0B" w:rsidRDefault="00C85C0B">
            <w:pPr>
              <w:keepNext/>
            </w:pPr>
          </w:p>
        </w:tc>
      </w:tr>
      <w:tr w:rsidR="00C85C0B" w14:paraId="75E57117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B5FD119" w14:textId="77777777" w:rsidR="00C85C0B" w:rsidRDefault="003C177D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C85C0B" w14:paraId="1FB30C8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E30645B" w14:textId="77777777" w:rsidR="00C85C0B" w:rsidRDefault="003C177D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2186F192" w14:textId="77777777" w:rsidR="00C85C0B" w:rsidRDefault="00C85C0B">
            <w:pPr>
              <w:keepNext/>
            </w:pPr>
          </w:p>
        </w:tc>
        <w:tc>
          <w:tcPr>
            <w:tcW w:w="3212" w:type="dxa"/>
            <w:gridSpan w:val="4"/>
          </w:tcPr>
          <w:p w14:paraId="50EE20EA" w14:textId="77777777" w:rsidR="00C85C0B" w:rsidRDefault="003C177D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5A7197A9" w14:textId="77777777" w:rsidR="00C85C0B" w:rsidRDefault="00C85C0B">
            <w:pPr>
              <w:keepNext/>
            </w:pPr>
          </w:p>
        </w:tc>
        <w:tc>
          <w:tcPr>
            <w:tcW w:w="3212" w:type="dxa"/>
            <w:gridSpan w:val="2"/>
          </w:tcPr>
          <w:p w14:paraId="52D40263" w14:textId="77777777" w:rsidR="00C85C0B" w:rsidRDefault="003C177D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2A6C818F" w14:textId="77777777" w:rsidR="00C85C0B" w:rsidRDefault="00C85C0B">
            <w:pPr>
              <w:keepNext/>
            </w:pPr>
          </w:p>
        </w:tc>
      </w:tr>
      <w:tr w:rsidR="00C85C0B" w14:paraId="648F5CD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2F3D4F5" w14:textId="77777777" w:rsidR="00C85C0B" w:rsidRDefault="003C177D">
            <w:pPr>
              <w:keepNext/>
            </w:pPr>
            <w:proofErr w:type="spellStart"/>
            <w:r>
              <w:rPr>
                <w:b/>
                <w:color w:val="0D5F78"/>
              </w:rPr>
              <w:t>Strada</w:t>
            </w:r>
            <w:proofErr w:type="spellEnd"/>
          </w:p>
          <w:p w14:paraId="4F3D8CE6" w14:textId="77777777" w:rsidR="00C85C0B" w:rsidRDefault="00C85C0B">
            <w:pPr>
              <w:keepNext/>
            </w:pPr>
          </w:p>
        </w:tc>
        <w:tc>
          <w:tcPr>
            <w:tcW w:w="803" w:type="dxa"/>
          </w:tcPr>
          <w:p w14:paraId="075341DA" w14:textId="77777777" w:rsidR="00C85C0B" w:rsidRDefault="003C177D">
            <w:pPr>
              <w:keepNext/>
            </w:pPr>
            <w:proofErr w:type="spellStart"/>
            <w:r>
              <w:rPr>
                <w:b/>
                <w:color w:val="0D5F78"/>
              </w:rPr>
              <w:t>Nr</w:t>
            </w:r>
            <w:proofErr w:type="spellEnd"/>
            <w:r>
              <w:rPr>
                <w:b/>
                <w:color w:val="0D5F78"/>
              </w:rPr>
              <w:t>.</w:t>
            </w:r>
          </w:p>
          <w:p w14:paraId="20120A0F" w14:textId="77777777" w:rsidR="00C85C0B" w:rsidRDefault="00C85C0B">
            <w:pPr>
              <w:keepNext/>
            </w:pPr>
          </w:p>
        </w:tc>
        <w:tc>
          <w:tcPr>
            <w:tcW w:w="803" w:type="dxa"/>
          </w:tcPr>
          <w:p w14:paraId="6F18AE53" w14:textId="77777777" w:rsidR="00C85C0B" w:rsidRDefault="003C177D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20E48DEE" w14:textId="77777777" w:rsidR="00C85C0B" w:rsidRDefault="00C85C0B">
            <w:pPr>
              <w:keepNext/>
            </w:pPr>
          </w:p>
        </w:tc>
        <w:tc>
          <w:tcPr>
            <w:tcW w:w="803" w:type="dxa"/>
          </w:tcPr>
          <w:p w14:paraId="7B25ACF6" w14:textId="77777777" w:rsidR="00C85C0B" w:rsidRDefault="003C177D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6F6960D6" w14:textId="77777777" w:rsidR="00C85C0B" w:rsidRDefault="00C85C0B">
            <w:pPr>
              <w:keepNext/>
            </w:pPr>
          </w:p>
        </w:tc>
        <w:tc>
          <w:tcPr>
            <w:tcW w:w="803" w:type="dxa"/>
          </w:tcPr>
          <w:p w14:paraId="38B4DB2B" w14:textId="77777777" w:rsidR="00C85C0B" w:rsidRDefault="003C177D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0D48C9FB" w14:textId="77777777" w:rsidR="00C85C0B" w:rsidRDefault="00C85C0B">
            <w:pPr>
              <w:keepNext/>
            </w:pPr>
          </w:p>
        </w:tc>
        <w:tc>
          <w:tcPr>
            <w:tcW w:w="1606" w:type="dxa"/>
          </w:tcPr>
          <w:p w14:paraId="3C794EFE" w14:textId="77777777" w:rsidR="00C85C0B" w:rsidRDefault="003C177D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14D83194" w14:textId="77777777" w:rsidR="00C85C0B" w:rsidRDefault="00C85C0B">
            <w:pPr>
              <w:keepNext/>
            </w:pPr>
          </w:p>
        </w:tc>
        <w:tc>
          <w:tcPr>
            <w:tcW w:w="1606" w:type="dxa"/>
          </w:tcPr>
          <w:p w14:paraId="44F2C34C" w14:textId="77777777" w:rsidR="00C85C0B" w:rsidRDefault="003C177D">
            <w:pPr>
              <w:keepNext/>
            </w:pPr>
            <w:proofErr w:type="spellStart"/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  <w:proofErr w:type="spellEnd"/>
          </w:p>
          <w:p w14:paraId="303B0DDB" w14:textId="77777777" w:rsidR="00C85C0B" w:rsidRDefault="00C85C0B">
            <w:pPr>
              <w:keepNext/>
            </w:pPr>
          </w:p>
        </w:tc>
      </w:tr>
      <w:tr w:rsidR="00C85C0B" w14:paraId="0BDBE80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AE91BC9" w14:textId="77777777" w:rsidR="00C85C0B" w:rsidRDefault="003C177D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C85C0B" w14:paraId="457FAA8A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0E603D1E" w14:textId="77777777" w:rsidR="00C85C0B" w:rsidRDefault="003C177D"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1D1557B5" w14:textId="77777777" w:rsidR="00C85C0B" w:rsidRDefault="00C85C0B"/>
        </w:tc>
        <w:tc>
          <w:tcPr>
            <w:tcW w:w="5621" w:type="dxa"/>
            <w:gridSpan w:val="5"/>
          </w:tcPr>
          <w:p w14:paraId="56D269E2" w14:textId="77777777" w:rsidR="00C85C0B" w:rsidRDefault="003C177D">
            <w:r>
              <w:rPr>
                <w:b/>
                <w:color w:val="0D5F78"/>
              </w:rPr>
              <w:t>E-mail</w:t>
            </w:r>
          </w:p>
          <w:p w14:paraId="6134E69B" w14:textId="77777777" w:rsidR="00C85C0B" w:rsidRDefault="00C85C0B"/>
        </w:tc>
      </w:tr>
    </w:tbl>
    <w:p w14:paraId="4DBE4EFE" w14:textId="77777777" w:rsidR="00C85C0B" w:rsidRDefault="00C85C0B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409"/>
        <w:gridCol w:w="4818"/>
      </w:tblGrid>
      <w:tr w:rsidR="00C85C0B" w14:paraId="470E2D0D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8E93E77" w14:textId="77777777" w:rsidR="00C85C0B" w:rsidRDefault="003C177D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NOTIFICAREA</w:t>
            </w:r>
          </w:p>
        </w:tc>
      </w:tr>
      <w:tr w:rsidR="00C85C0B" w14:paraId="1F3A1F64" w14:textId="77777777">
        <w:trPr>
          <w:cantSplit/>
          <w:trHeight w:val="510"/>
        </w:trPr>
        <w:tc>
          <w:tcPr>
            <w:tcW w:w="2409" w:type="dxa"/>
          </w:tcPr>
          <w:p w14:paraId="05E3330D" w14:textId="77777777" w:rsidR="00C85C0B" w:rsidRDefault="003C177D">
            <w:proofErr w:type="spellStart"/>
            <w:r>
              <w:rPr>
                <w:b/>
                <w:color w:val="0D5F78"/>
              </w:rPr>
              <w:t>Nr</w:t>
            </w:r>
            <w:proofErr w:type="spellEnd"/>
            <w:r>
              <w:rPr>
                <w:b/>
                <w:color w:val="0D5F78"/>
              </w:rPr>
              <w:t xml:space="preserve">. / data </w:t>
            </w:r>
            <w:proofErr w:type="spellStart"/>
            <w:r>
              <w:rPr>
                <w:b/>
                <w:color w:val="0D5F78"/>
              </w:rPr>
              <w:t>notificării</w:t>
            </w:r>
            <w:proofErr w:type="spellEnd"/>
          </w:p>
          <w:p w14:paraId="782A3FB4" w14:textId="77777777" w:rsidR="00C85C0B" w:rsidRDefault="00C85C0B"/>
        </w:tc>
        <w:tc>
          <w:tcPr>
            <w:tcW w:w="2409" w:type="dxa"/>
          </w:tcPr>
          <w:p w14:paraId="07DACF42" w14:textId="77777777" w:rsidR="00C85C0B" w:rsidRDefault="003C177D">
            <w:proofErr w:type="spellStart"/>
            <w:r>
              <w:rPr>
                <w:b/>
                <w:color w:val="0D5F78"/>
              </w:rPr>
              <w:t>Proiect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nr</w:t>
            </w:r>
            <w:proofErr w:type="spellEnd"/>
            <w:r>
              <w:rPr>
                <w:b/>
                <w:color w:val="0D5F78"/>
              </w:rPr>
              <w:t>. / cod</w:t>
            </w:r>
          </w:p>
          <w:p w14:paraId="704DDBFC" w14:textId="77777777" w:rsidR="00C85C0B" w:rsidRDefault="00C85C0B"/>
        </w:tc>
        <w:tc>
          <w:tcPr>
            <w:tcW w:w="4818" w:type="dxa"/>
          </w:tcPr>
          <w:p w14:paraId="75FD378C" w14:textId="77777777" w:rsidR="00C85C0B" w:rsidRDefault="003C177D">
            <w:proofErr w:type="spellStart"/>
            <w:r>
              <w:rPr>
                <w:b/>
                <w:color w:val="0D5F78"/>
              </w:rPr>
              <w:t>Imobilul</w:t>
            </w:r>
            <w:proofErr w:type="spellEnd"/>
          </w:p>
          <w:p w14:paraId="0E48F05F" w14:textId="77777777" w:rsidR="00C85C0B" w:rsidRDefault="00C85C0B"/>
        </w:tc>
      </w:tr>
    </w:tbl>
    <w:p w14:paraId="13D2FF9F" w14:textId="77777777" w:rsidR="00C85C0B" w:rsidRDefault="00C85C0B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1606"/>
        <w:gridCol w:w="4818"/>
      </w:tblGrid>
      <w:tr w:rsidR="00C85C0B" w14:paraId="7A7201EB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0A52465" w14:textId="77777777" w:rsidR="00C85C0B" w:rsidRDefault="003C177D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EXECUȚIA ȘI RECEPȚIA</w:t>
            </w:r>
          </w:p>
        </w:tc>
      </w:tr>
      <w:tr w:rsidR="00C85C0B" w14:paraId="49509B49" w14:textId="77777777">
        <w:trPr>
          <w:cantSplit/>
          <w:trHeight w:val="510"/>
        </w:trPr>
        <w:tc>
          <w:tcPr>
            <w:tcW w:w="4818" w:type="dxa"/>
            <w:gridSpan w:val="2"/>
          </w:tcPr>
          <w:p w14:paraId="02C07C4D" w14:textId="77777777" w:rsidR="00C85C0B" w:rsidRDefault="003C177D">
            <w:pPr>
              <w:keepNext/>
            </w:pPr>
            <w:r>
              <w:rPr>
                <w:b/>
                <w:color w:val="0D5F78"/>
              </w:rPr>
              <w:t xml:space="preserve">Data </w:t>
            </w:r>
            <w:proofErr w:type="spellStart"/>
            <w:r>
              <w:rPr>
                <w:b/>
                <w:color w:val="0D5F78"/>
              </w:rPr>
              <w:t>începerii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lucrărilor</w:t>
            </w:r>
            <w:proofErr w:type="spellEnd"/>
          </w:p>
          <w:p w14:paraId="2D6D470D" w14:textId="77777777" w:rsidR="00C85C0B" w:rsidRDefault="003C177D">
            <w:pPr>
              <w:keepNext/>
            </w:pPr>
            <w:r>
              <w:rPr>
                <w:i/>
                <w:color w:val="7A7A7A"/>
              </w:rPr>
              <w:t xml:space="preserve">se </w:t>
            </w:r>
            <w:proofErr w:type="spellStart"/>
            <w:r>
              <w:rPr>
                <w:i/>
                <w:color w:val="7A7A7A"/>
              </w:rPr>
              <w:t>declară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aici</w:t>
            </w:r>
            <w:proofErr w:type="spellEnd"/>
          </w:p>
          <w:p w14:paraId="544B9697" w14:textId="77777777" w:rsidR="00C85C0B" w:rsidRDefault="00C85C0B">
            <w:pPr>
              <w:keepNext/>
            </w:pPr>
          </w:p>
        </w:tc>
        <w:tc>
          <w:tcPr>
            <w:tcW w:w="4818" w:type="dxa"/>
          </w:tcPr>
          <w:p w14:paraId="72DCF9AA" w14:textId="77777777" w:rsidR="00C85C0B" w:rsidRDefault="003C177D">
            <w:pPr>
              <w:keepNext/>
            </w:pPr>
            <w:r>
              <w:rPr>
                <w:b/>
                <w:color w:val="0D5F78"/>
              </w:rPr>
              <w:t xml:space="preserve">Data </w:t>
            </w:r>
            <w:proofErr w:type="spellStart"/>
            <w:r>
              <w:rPr>
                <w:b/>
                <w:color w:val="0D5F78"/>
              </w:rPr>
              <w:t>finalizării</w:t>
            </w:r>
            <w:proofErr w:type="spellEnd"/>
          </w:p>
          <w:p w14:paraId="2262F4A8" w14:textId="77777777" w:rsidR="00C85C0B" w:rsidRDefault="00C85C0B">
            <w:pPr>
              <w:keepNext/>
            </w:pPr>
          </w:p>
        </w:tc>
      </w:tr>
      <w:tr w:rsidR="00C85C0B" w14:paraId="6C0C82B1" w14:textId="77777777">
        <w:trPr>
          <w:cantSplit/>
          <w:trHeight w:val="510"/>
        </w:trPr>
        <w:tc>
          <w:tcPr>
            <w:tcW w:w="3212" w:type="dxa"/>
          </w:tcPr>
          <w:p w14:paraId="34621996" w14:textId="77777777" w:rsidR="00C85C0B" w:rsidRDefault="003C177D">
            <w:pPr>
              <w:keepNext/>
            </w:pPr>
            <w:r>
              <w:rPr>
                <w:b/>
                <w:color w:val="0D5F78"/>
              </w:rPr>
              <w:t xml:space="preserve">Data </w:t>
            </w:r>
            <w:proofErr w:type="spellStart"/>
            <w:r>
              <w:rPr>
                <w:b/>
                <w:color w:val="0D5F78"/>
              </w:rPr>
              <w:t>propusă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pentru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recepție</w:t>
            </w:r>
            <w:proofErr w:type="spellEnd"/>
          </w:p>
          <w:p w14:paraId="327C4FB5" w14:textId="77777777" w:rsidR="00C85C0B" w:rsidRDefault="00C85C0B">
            <w:pPr>
              <w:keepNext/>
            </w:pPr>
          </w:p>
        </w:tc>
        <w:tc>
          <w:tcPr>
            <w:tcW w:w="1606" w:type="dxa"/>
          </w:tcPr>
          <w:p w14:paraId="660A9FC7" w14:textId="77777777" w:rsidR="00C85C0B" w:rsidRDefault="003C177D">
            <w:pPr>
              <w:keepNext/>
            </w:pPr>
            <w:proofErr w:type="spellStart"/>
            <w:r>
              <w:rPr>
                <w:b/>
                <w:color w:val="0D5F78"/>
              </w:rPr>
              <w:t>ora</w:t>
            </w:r>
            <w:proofErr w:type="spellEnd"/>
          </w:p>
          <w:p w14:paraId="40A08B01" w14:textId="77777777" w:rsidR="00C85C0B" w:rsidRDefault="00C85C0B">
            <w:pPr>
              <w:keepNext/>
            </w:pPr>
          </w:p>
        </w:tc>
        <w:tc>
          <w:tcPr>
            <w:tcW w:w="4818" w:type="dxa"/>
          </w:tcPr>
          <w:p w14:paraId="6A018CE9" w14:textId="77777777" w:rsidR="00C85C0B" w:rsidRDefault="003C177D">
            <w:pPr>
              <w:keepNext/>
            </w:pPr>
            <w:proofErr w:type="spellStart"/>
            <w:r>
              <w:rPr>
                <w:b/>
                <w:color w:val="0D5F78"/>
              </w:rPr>
              <w:t>locul</w:t>
            </w:r>
            <w:proofErr w:type="spellEnd"/>
          </w:p>
          <w:p w14:paraId="5887C7E5" w14:textId="77777777" w:rsidR="00C85C0B" w:rsidRDefault="00C85C0B">
            <w:pPr>
              <w:keepNext/>
            </w:pPr>
          </w:p>
        </w:tc>
      </w:tr>
      <w:tr w:rsidR="00C85C0B" w14:paraId="633508C0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6FEACB9" w14:textId="26080181" w:rsidR="00C85C0B" w:rsidRDefault="00150E80">
            <w:pPr>
              <w:spacing w:line="228" w:lineRule="auto"/>
            </w:pPr>
            <w:proofErr w:type="spellStart"/>
            <w:r>
              <w:t>Legea</w:t>
            </w:r>
            <w:proofErr w:type="spellEnd"/>
            <w:r>
              <w:t xml:space="preserve"> nr.169/2026 </w:t>
            </w:r>
            <w:proofErr w:type="spellStart"/>
            <w:r w:rsidRPr="00150E80">
              <w:t>privind</w:t>
            </w:r>
            <w:proofErr w:type="spellEnd"/>
            <w:r w:rsidRPr="00150E80">
              <w:t xml:space="preserve"> </w:t>
            </w:r>
            <w:proofErr w:type="spellStart"/>
            <w:r w:rsidRPr="00150E80">
              <w:t>Codul</w:t>
            </w:r>
            <w:proofErr w:type="spellEnd"/>
            <w:r w:rsidRPr="00150E80">
              <w:t xml:space="preserve"> </w:t>
            </w:r>
            <w:proofErr w:type="spellStart"/>
            <w:r w:rsidRPr="00150E80">
              <w:t>amenajării</w:t>
            </w:r>
            <w:proofErr w:type="spellEnd"/>
            <w:r w:rsidRPr="00150E80">
              <w:t xml:space="preserve"> </w:t>
            </w:r>
            <w:proofErr w:type="spellStart"/>
            <w:r w:rsidRPr="00150E80">
              <w:t>teritoriului</w:t>
            </w:r>
            <w:proofErr w:type="spellEnd"/>
            <w:r w:rsidRPr="00150E80">
              <w:t xml:space="preserve">, </w:t>
            </w:r>
            <w:proofErr w:type="spellStart"/>
            <w:r w:rsidRPr="00150E80">
              <w:t>urbanismului</w:t>
            </w:r>
            <w:proofErr w:type="spellEnd"/>
            <w:r w:rsidRPr="00150E80">
              <w:t xml:space="preserve"> </w:t>
            </w:r>
            <w:proofErr w:type="spellStart"/>
            <w:r w:rsidRPr="00150E80">
              <w:t>și</w:t>
            </w:r>
            <w:proofErr w:type="spellEnd"/>
            <w:r w:rsidRPr="00150E80">
              <w:t xml:space="preserve"> </w:t>
            </w:r>
            <w:proofErr w:type="spellStart"/>
            <w:r w:rsidRPr="00150E80">
              <w:t>construcțiilor</w:t>
            </w:r>
            <w:proofErr w:type="spellEnd"/>
            <w:r>
              <w:t xml:space="preserve"> nu </w:t>
            </w:r>
            <w:proofErr w:type="spellStart"/>
            <w:r>
              <w:t>instituie</w:t>
            </w:r>
            <w:proofErr w:type="spellEnd"/>
            <w:r>
              <w:t xml:space="preserve"> o </w:t>
            </w:r>
            <w:proofErr w:type="spellStart"/>
            <w:r>
              <w:t>înștiințare</w:t>
            </w:r>
            <w:proofErr w:type="spellEnd"/>
            <w:r>
              <w:t xml:space="preserve"> </w:t>
            </w:r>
            <w:proofErr w:type="spellStart"/>
            <w:r>
              <w:t>distinctă</w:t>
            </w:r>
            <w:proofErr w:type="spellEnd"/>
            <w:r>
              <w:t xml:space="preserve"> </w:t>
            </w:r>
            <w:proofErr w:type="spellStart"/>
            <w:r>
              <w:t>privind</w:t>
            </w:r>
            <w:proofErr w:type="spellEnd"/>
            <w:r>
              <w:t xml:space="preserve"> </w:t>
            </w:r>
            <w:proofErr w:type="spellStart"/>
            <w:r>
              <w:t>începerea</w:t>
            </w:r>
            <w:proofErr w:type="spellEnd"/>
            <w:r>
              <w:t xml:space="preserve"> </w:t>
            </w:r>
            <w:proofErr w:type="spellStart"/>
            <w:r>
              <w:t>lucrărilor</w:t>
            </w:r>
            <w:proofErr w:type="spellEnd"/>
            <w:r>
              <w:t xml:space="preserve"> </w:t>
            </w:r>
            <w:proofErr w:type="spellStart"/>
            <w:r>
              <w:t>notificate</w:t>
            </w:r>
            <w:proofErr w:type="spellEnd"/>
            <w:r>
              <w:t xml:space="preserve">; data </w:t>
            </w:r>
            <w:proofErr w:type="spellStart"/>
            <w:r>
              <w:t>începerii</w:t>
            </w:r>
            <w:proofErr w:type="spellEnd"/>
            <w:r>
              <w:t xml:space="preserve"> se </w:t>
            </w:r>
            <w:proofErr w:type="spellStart"/>
            <w:r>
              <w:t>declară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prezentul</w:t>
            </w:r>
            <w:proofErr w:type="spellEnd"/>
            <w:r>
              <w:t xml:space="preserve"> </w:t>
            </w:r>
            <w:proofErr w:type="spellStart"/>
            <w:r>
              <w:t>formular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se </w:t>
            </w:r>
            <w:proofErr w:type="spellStart"/>
            <w:r>
              <w:t>consemnează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procesul</w:t>
            </w:r>
            <w:proofErr w:type="spellEnd"/>
            <w:r>
              <w:t xml:space="preserve">-verbal de </w:t>
            </w:r>
            <w:proofErr w:type="spellStart"/>
            <w:r>
              <w:t>recepție</w:t>
            </w:r>
            <w:proofErr w:type="spellEnd"/>
            <w:r>
              <w:t>.</w:t>
            </w:r>
          </w:p>
        </w:tc>
      </w:tr>
    </w:tbl>
    <w:p w14:paraId="049D9BE6" w14:textId="77777777" w:rsidR="00C85C0B" w:rsidRDefault="00C85C0B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C85C0B" w14:paraId="1BD195CE" w14:textId="77777777" w:rsidTr="003A7070">
        <w:trPr>
          <w:cantSplit/>
        </w:trPr>
        <w:tc>
          <w:tcPr>
            <w:tcW w:w="9636" w:type="dxa"/>
            <w:gridSpan w:val="3"/>
            <w:tcBorders>
              <w:bottom w:val="single" w:sz="4" w:space="0" w:color="767676"/>
            </w:tcBorders>
            <w:shd w:val="clear" w:color="auto" w:fill="F4F4F4"/>
          </w:tcPr>
          <w:p w14:paraId="2D727A7B" w14:textId="77777777" w:rsidR="00C85C0B" w:rsidRDefault="003C177D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C85C0B" w14:paraId="10F5A63F" w14:textId="77777777" w:rsidTr="003A7070">
        <w:trPr>
          <w:cantSplit/>
          <w:trHeight w:val="510"/>
        </w:trPr>
        <w:tc>
          <w:tcPr>
            <w:tcW w:w="1606" w:type="dxa"/>
            <w:tcBorders>
              <w:bottom w:val="single" w:sz="4" w:space="0" w:color="auto"/>
            </w:tcBorders>
          </w:tcPr>
          <w:p w14:paraId="526CC080" w14:textId="77777777" w:rsidR="00C85C0B" w:rsidRDefault="003C177D">
            <w:r>
              <w:rPr>
                <w:b/>
                <w:color w:val="0D5F78"/>
              </w:rPr>
              <w:t>Data</w:t>
            </w:r>
          </w:p>
          <w:p w14:paraId="3121BEF9" w14:textId="77777777" w:rsidR="00C85C0B" w:rsidRDefault="00C85C0B"/>
        </w:tc>
        <w:tc>
          <w:tcPr>
            <w:tcW w:w="4818" w:type="dxa"/>
            <w:tcBorders>
              <w:bottom w:val="single" w:sz="4" w:space="0" w:color="auto"/>
            </w:tcBorders>
          </w:tcPr>
          <w:p w14:paraId="76A83371" w14:textId="77777777" w:rsidR="00C85C0B" w:rsidRDefault="003C177D">
            <w:proofErr w:type="spellStart"/>
            <w:r>
              <w:rPr>
                <w:b/>
                <w:color w:val="0D5F78"/>
              </w:rPr>
              <w:t>Beneficiarul</w:t>
            </w:r>
            <w:proofErr w:type="spellEnd"/>
          </w:p>
          <w:p w14:paraId="2DCA5FDA" w14:textId="77777777" w:rsidR="00C85C0B" w:rsidRDefault="00C85C0B"/>
        </w:tc>
        <w:tc>
          <w:tcPr>
            <w:tcW w:w="3212" w:type="dxa"/>
            <w:tcBorders>
              <w:bottom w:val="single" w:sz="4" w:space="0" w:color="auto"/>
            </w:tcBorders>
          </w:tcPr>
          <w:p w14:paraId="47CBF3F4" w14:textId="77777777" w:rsidR="00C85C0B" w:rsidRDefault="003C177D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765AB599" w14:textId="77777777" w:rsidR="00C85C0B" w:rsidRDefault="00C85C0B"/>
        </w:tc>
      </w:tr>
    </w:tbl>
    <w:p w14:paraId="3AF77583" w14:textId="77777777" w:rsidR="00C85C0B" w:rsidRDefault="00C85C0B">
      <w:pPr>
        <w:spacing w:line="168" w:lineRule="auto"/>
      </w:pPr>
    </w:p>
    <w:sectPr w:rsidR="00C85C0B" w:rsidSect="00034616">
      <w:footerReference w:type="default" r:id="rId10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21CAE13" w14:textId="77777777" w:rsidR="003C177D" w:rsidRDefault="003C177D">
      <w:r>
        <w:separator/>
      </w:r>
    </w:p>
  </w:endnote>
  <w:endnote w:type="continuationSeparator" w:id="0">
    <w:p w14:paraId="093E29FA" w14:textId="77777777" w:rsidR="003C177D" w:rsidRDefault="003C1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BA5726" w14:textId="77777777" w:rsidR="00C85C0B" w:rsidRDefault="003C177D">
    <w:pPr>
      <w:pStyle w:val="Footer"/>
      <w:tabs>
        <w:tab w:val="right" w:pos="9639"/>
      </w:tabs>
    </w:pPr>
    <w:r>
      <w:rPr>
        <w:color w:val="595959"/>
      </w:rPr>
      <w:t xml:space="preserve">F_NOT_07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EF4DA2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EF4DA2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A2A29AA" w14:textId="77777777" w:rsidR="003C177D" w:rsidRDefault="003C177D">
      <w:r>
        <w:separator/>
      </w:r>
    </w:p>
  </w:footnote>
  <w:footnote w:type="continuationSeparator" w:id="0">
    <w:p w14:paraId="2F27E48F" w14:textId="77777777" w:rsidR="003C177D" w:rsidRDefault="003C17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50E80"/>
    <w:rsid w:val="0029639D"/>
    <w:rsid w:val="00326F90"/>
    <w:rsid w:val="003A7070"/>
    <w:rsid w:val="003C177D"/>
    <w:rsid w:val="003F0F62"/>
    <w:rsid w:val="005C02E4"/>
    <w:rsid w:val="00AA1D8D"/>
    <w:rsid w:val="00B47730"/>
    <w:rsid w:val="00B94163"/>
    <w:rsid w:val="00C85C0B"/>
    <w:rsid w:val="00CB0664"/>
    <w:rsid w:val="00E61A6B"/>
    <w:rsid w:val="00EF4DA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E9156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F4D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4DA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F4D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4DA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F614244-8780-4A16-A604-EF05B5A332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213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1448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HEMEIUS150</cp:lastModifiedBy>
  <cp:revision>2</cp:revision>
  <dcterms:created xsi:type="dcterms:W3CDTF">2013-12-23T23:15:00Z</dcterms:created>
  <dcterms:modified xsi:type="dcterms:W3CDTF">2026-09-02T07:06:00Z</dcterms:modified>
  <cp:category/>
</cp:coreProperties>
</file>